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Исключен;</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Санта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Исключен</w:t>
            </w:r>
          </w:p>
        </w:tc>
        <w:tc>
          <w:tcPr>
            <w:tcW w:type="dxa" w:w="2880"/>
          </w:tcPr>
          <w:p>
            <w:r/>
          </w:p>
        </w:tc>
      </w:tr>
      <w:tr>
        <w:tc>
          <w:tcPr>
            <w:tcW w:type="dxa" w:w="2880"/>
          </w:tcPr>
          <w:p>
            <w:r>
              <w:t>3740.</w:t>
            </w:r>
          </w:p>
        </w:tc>
        <w:tc>
          <w:tcPr>
            <w:tcW w:type="dxa" w:w="2880"/>
          </w:tcPr>
          <w:p>
            <w:r>
              <w:t>Исключен</w:t>
            </w:r>
          </w:p>
        </w:tc>
        <w:tc>
          <w:tcPr>
            <w:tcW w:type="dxa" w:w="2880"/>
          </w:tcPr>
          <w:p>
            <w:r/>
          </w:p>
        </w:tc>
      </w:tr>
      <w:tr>
        <w:tc>
          <w:tcPr>
            <w:tcW w:type="dxa" w:w="2880"/>
          </w:tcPr>
          <w:p>
            <w:r>
              <w:t>3741.</w:t>
            </w:r>
          </w:p>
        </w:tc>
        <w:tc>
          <w:tcPr>
            <w:tcW w:type="dxa" w:w="2880"/>
          </w:tcPr>
          <w:p>
            <w:r>
              <w:t>Исключен</w:t>
            </w:r>
          </w:p>
        </w:tc>
        <w:tc>
          <w:tcPr>
            <w:tcW w:type="dxa" w:w="2880"/>
          </w:tcPr>
          <w:p>
            <w:r/>
          </w:p>
        </w:tc>
      </w:tr>
      <w:tr>
        <w:tc>
          <w:tcPr>
            <w:tcW w:type="dxa" w:w="2880"/>
          </w:tcPr>
          <w:p>
            <w:r>
              <w:t>3742.</w:t>
            </w:r>
          </w:p>
        </w:tc>
        <w:tc>
          <w:tcPr>
            <w:tcW w:type="dxa" w:w="2880"/>
          </w:tcPr>
          <w:p>
            <w:r>
              <w:t>Исключен</w:t>
            </w:r>
          </w:p>
        </w:tc>
        <w:tc>
          <w:tcPr>
            <w:tcW w:type="dxa" w:w="2880"/>
          </w:tcPr>
          <w:p>
            <w:r/>
          </w:p>
        </w:tc>
      </w:tr>
      <w:tr>
        <w:tc>
          <w:tcPr>
            <w:tcW w:type="dxa" w:w="2880"/>
          </w:tcPr>
          <w:p>
            <w:r>
              <w:t>3743.</w:t>
            </w:r>
          </w:p>
        </w:tc>
        <w:tc>
          <w:tcPr>
            <w:tcW w:type="dxa" w:w="2880"/>
          </w:tcPr>
          <w:p>
            <w:r>
              <w:t>Исключен</w:t>
            </w:r>
          </w:p>
        </w:tc>
        <w:tc>
          <w:tcPr>
            <w:tcW w:type="dxa" w:w="2880"/>
          </w:tcPr>
          <w:p>
            <w:r/>
          </w:p>
        </w:tc>
      </w:tr>
      <w:tr>
        <w:tc>
          <w:tcPr>
            <w:tcW w:type="dxa" w:w="2880"/>
          </w:tcPr>
          <w:p>
            <w:r>
              <w:t>3744.</w:t>
            </w:r>
          </w:p>
        </w:tc>
        <w:tc>
          <w:tcPr>
            <w:tcW w:type="dxa" w:w="2880"/>
          </w:tcPr>
          <w:p>
            <w:r>
              <w:t>Исключен</w:t>
            </w:r>
          </w:p>
        </w:tc>
        <w:tc>
          <w:tcPr>
            <w:tcW w:type="dxa" w:w="2880"/>
          </w:tcPr>
          <w:p>
            <w:r/>
          </w:p>
        </w:tc>
      </w:tr>
      <w:tr>
        <w:tc>
          <w:tcPr>
            <w:tcW w:type="dxa" w:w="2880"/>
          </w:tcPr>
          <w:p>
            <w:r>
              <w:t>3745.</w:t>
            </w:r>
          </w:p>
        </w:tc>
        <w:tc>
          <w:tcPr>
            <w:tcW w:type="dxa" w:w="2880"/>
          </w:tcPr>
          <w:p>
            <w:r>
              <w:t>Исключен</w:t>
            </w:r>
          </w:p>
        </w:tc>
        <w:tc>
          <w:tcPr>
            <w:tcW w:type="dxa" w:w="2880"/>
          </w:tcPr>
          <w:p>
            <w:r/>
          </w:p>
        </w:tc>
      </w:tr>
      <w:tr>
        <w:tc>
          <w:tcPr>
            <w:tcW w:type="dxa" w:w="2880"/>
          </w:tcPr>
          <w:p>
            <w:r>
              <w:t>3746.</w:t>
            </w:r>
          </w:p>
        </w:tc>
        <w:tc>
          <w:tcPr>
            <w:tcW w:type="dxa" w:w="2880"/>
          </w:tcPr>
          <w:p>
            <w:r>
              <w:t>Исключен</w:t>
            </w:r>
          </w:p>
        </w:tc>
        <w:tc>
          <w:tcPr>
            <w:tcW w:type="dxa" w:w="2880"/>
          </w:tcPr>
          <w:p>
            <w:r/>
          </w:p>
        </w:tc>
      </w:tr>
      <w:tr>
        <w:tc>
          <w:tcPr>
            <w:tcW w:type="dxa" w:w="2880"/>
          </w:tcPr>
          <w:p>
            <w:r>
              <w:t>3747.</w:t>
            </w:r>
          </w:p>
        </w:tc>
        <w:tc>
          <w:tcPr>
            <w:tcW w:type="dxa" w:w="2880"/>
          </w:tcPr>
          <w:p>
            <w:r>
              <w:t>Исключен</w:t>
            </w:r>
          </w:p>
        </w:tc>
        <w:tc>
          <w:tcPr>
            <w:tcW w:type="dxa" w:w="2880"/>
          </w:tcPr>
          <w:p>
            <w:r/>
          </w:p>
        </w:tc>
      </w:tr>
      <w:tr>
        <w:tc>
          <w:tcPr>
            <w:tcW w:type="dxa" w:w="2880"/>
          </w:tcPr>
          <w:p>
            <w:r>
              <w:t>3748.</w:t>
            </w:r>
          </w:p>
        </w:tc>
        <w:tc>
          <w:tcPr>
            <w:tcW w:type="dxa" w:w="2880"/>
          </w:tcPr>
          <w:p>
            <w:r>
              <w:t>Исключен</w:t>
            </w:r>
          </w:p>
        </w:tc>
        <w:tc>
          <w:tcPr>
            <w:tcW w:type="dxa" w:w="2880"/>
          </w:tcPr>
          <w:p>
            <w:r/>
          </w:p>
        </w:tc>
      </w:tr>
      <w:tr>
        <w:tc>
          <w:tcPr>
            <w:tcW w:type="dxa" w:w="2880"/>
          </w:tcPr>
          <w:p>
            <w:r>
              <w:t>3749.</w:t>
            </w:r>
          </w:p>
        </w:tc>
        <w:tc>
          <w:tcPr>
            <w:tcW w:type="dxa" w:w="2880"/>
          </w:tcPr>
          <w:p>
            <w:r>
              <w:t>Исключен</w:t>
            </w:r>
          </w:p>
        </w:tc>
        <w:tc>
          <w:tcPr>
            <w:tcW w:type="dxa" w:w="2880"/>
          </w:tcPr>
          <w:p>
            <w:r/>
          </w:p>
        </w:tc>
      </w:tr>
      <w:tr>
        <w:tc>
          <w:tcPr>
            <w:tcW w:type="dxa" w:w="2880"/>
          </w:tcPr>
          <w:p>
            <w:r>
              <w:t>3750.</w:t>
            </w:r>
          </w:p>
        </w:tc>
        <w:tc>
          <w:tcPr>
            <w:tcW w:type="dxa" w:w="2880"/>
          </w:tcPr>
          <w:p>
            <w:r>
              <w:t>Исключен</w:t>
            </w:r>
          </w:p>
        </w:tc>
        <w:tc>
          <w:tcPr>
            <w:tcW w:type="dxa" w:w="2880"/>
          </w:tcPr>
          <w:p>
            <w:r/>
          </w:p>
        </w:tc>
      </w:tr>
      <w:tr>
        <w:tc>
          <w:tcPr>
            <w:tcW w:type="dxa" w:w="2880"/>
          </w:tcPr>
          <w:p>
            <w:r>
              <w:t>3751.</w:t>
            </w:r>
          </w:p>
        </w:tc>
        <w:tc>
          <w:tcPr>
            <w:tcW w:type="dxa" w:w="2880"/>
          </w:tcPr>
          <w:p>
            <w:r>
              <w:t>Исключен</w:t>
            </w:r>
          </w:p>
        </w:tc>
        <w:tc>
          <w:tcPr>
            <w:tcW w:type="dxa" w:w="2880"/>
          </w:tcPr>
          <w:p>
            <w:r/>
          </w:p>
        </w:tc>
      </w:tr>
      <w:tr>
        <w:tc>
          <w:tcPr>
            <w:tcW w:type="dxa" w:w="2880"/>
          </w:tcPr>
          <w:p>
            <w:r>
              <w:t>3752.</w:t>
            </w:r>
          </w:p>
        </w:tc>
        <w:tc>
          <w:tcPr>
            <w:tcW w:type="dxa" w:w="2880"/>
          </w:tcPr>
          <w:p>
            <w:r>
              <w:t>Исключен</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Исключен</w:t>
            </w:r>
          </w:p>
        </w:tc>
        <w:tc>
          <w:tcPr>
            <w:tcW w:type="dxa" w:w="2880"/>
          </w:tcPr>
          <w:p>
            <w:r>
              <w:t>10.08.2020</w:t>
            </w:r>
          </w:p>
        </w:tc>
      </w:tr>
      <w:tr>
        <w:tc>
          <w:tcPr>
            <w:tcW w:type="dxa" w:w="2880"/>
          </w:tcPr>
          <w:p>
            <w:r>
              <w:t>5077.</w:t>
            </w:r>
          </w:p>
        </w:tc>
        <w:tc>
          <w:tcPr>
            <w:tcW w:type="dxa" w:w="2880"/>
          </w:tcPr>
          <w:p>
            <w:r>
              <w:t>Исключен</w:t>
            </w:r>
          </w:p>
        </w:tc>
        <w:tc>
          <w:tcPr>
            <w:tcW w:type="dxa" w:w="2880"/>
          </w:tcPr>
          <w:p>
            <w:r>
              <w:t>10.08.2020</w:t>
            </w:r>
          </w:p>
        </w:tc>
      </w:tr>
      <w:tr>
        <w:tc>
          <w:tcPr>
            <w:tcW w:type="dxa" w:w="2880"/>
          </w:tcPr>
          <w:p>
            <w:r>
              <w:t>5078.</w:t>
            </w:r>
          </w:p>
        </w:tc>
        <w:tc>
          <w:tcPr>
            <w:tcW w:type="dxa" w:w="2880"/>
          </w:tcPr>
          <w:p>
            <w:r>
              <w:t>Исключен</w:t>
            </w:r>
          </w:p>
        </w:tc>
        <w:tc>
          <w:tcPr>
            <w:tcW w:type="dxa" w:w="2880"/>
          </w:tcPr>
          <w:p>
            <w:r>
              <w:t>10.08.2020</w:t>
            </w:r>
          </w:p>
        </w:tc>
      </w:tr>
      <w:tr>
        <w:tc>
          <w:tcPr>
            <w:tcW w:type="dxa" w:w="2880"/>
          </w:tcPr>
          <w:p>
            <w:r>
              <w:t>5079.</w:t>
            </w:r>
          </w:p>
        </w:tc>
        <w:tc>
          <w:tcPr>
            <w:tcW w:type="dxa" w:w="2880"/>
          </w:tcPr>
          <w:p>
            <w:r>
              <w:t>Исключен</w:t>
            </w:r>
          </w:p>
        </w:tc>
        <w:tc>
          <w:tcPr>
            <w:tcW w:type="dxa" w:w="2880"/>
          </w:tcPr>
          <w:p>
            <w:r>
              <w:t>10.08.2020</w:t>
            </w:r>
          </w:p>
        </w:tc>
      </w:tr>
      <w:tr>
        <w:tc>
          <w:tcPr>
            <w:tcW w:type="dxa" w:w="2880"/>
          </w:tcPr>
          <w:p>
            <w:r>
              <w:t>5080.</w:t>
            </w:r>
          </w:p>
        </w:tc>
        <w:tc>
          <w:tcPr>
            <w:tcW w:type="dxa" w:w="2880"/>
          </w:tcPr>
          <w:p>
            <w:r>
              <w:t>Исключен</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апелляционное определение судебной коллегии по административным делам Санкт-Петербургского городского суда от 27.09.2021 и кассационное определение судебной коллегии по административным делам Третьего кассационного суда общей юрисдикции от 20.04.2022);</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r>
        <w:tc>
          <w:tcPr>
            <w:tcW w:type="dxa" w:w="2880"/>
          </w:tcPr>
          <w:p>
            <w:r>
              <w:t>5291.</w:t>
            </w:r>
          </w:p>
        </w:tc>
        <w:tc>
          <w:tcPr>
            <w:tcW w:type="dxa" w:w="2880"/>
          </w:tcPr>
          <w:p>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несет, может бога боится, а значит несет.» (решение Центрального районного суда г. Барнаула от 07.04.2022);</w:t>
            </w:r>
          </w:p>
        </w:tc>
        <w:tc>
          <w:tcPr>
            <w:tcW w:type="dxa" w:w="2880"/>
          </w:tcPr>
          <w:p>
            <w:r>
              <w:t>23.06.2022</w:t>
            </w:r>
          </w:p>
        </w:tc>
      </w:tr>
      <w:tr>
        <w:tc>
          <w:tcPr>
            <w:tcW w:type="dxa" w:w="2880"/>
          </w:tcPr>
          <w:p>
            <w:r>
              <w:t>5292.</w:t>
            </w:r>
          </w:p>
        </w:tc>
        <w:tc>
          <w:tcPr>
            <w:tcW w:type="dxa" w:w="2880"/>
          </w:tcPr>
          <w:p>
            <w:r>
              <w:t>Стихотворный текст, начинающийся со слов: «В коридоре тюремном я слышу шаги» и заканчивающийся словами: «Но я знаю, что гибель моя – лишь начало» (решение Горно-Алтайского городского суда Республики Алтай от 25.04.2022);</w:t>
            </w:r>
          </w:p>
        </w:tc>
        <w:tc>
          <w:tcPr>
            <w:tcW w:type="dxa" w:w="2880"/>
          </w:tcPr>
          <w:p>
            <w:r>
              <w:t>06.07.2022</w:t>
            </w:r>
          </w:p>
        </w:tc>
      </w:tr>
      <w:tr>
        <w:tc>
          <w:tcPr>
            <w:tcW w:type="dxa" w:w="2880"/>
          </w:tcPr>
          <w:p>
            <w:r>
              <w:t>5293.</w:t>
            </w:r>
          </w:p>
        </w:tc>
        <w:tc>
          <w:tcPr>
            <w:tcW w:type="dxa" w:w="2880"/>
          </w:tcPr>
          <w:p>
            <w:r>
              <w:t>Информационный материал в виде видеоролика – слайд-шоу с названием «EVANGELION X ПРАВЫЙ СЕКТОР [Ukr]» продолжительностью 1 минута 30 секунд, который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type="dxa" w:w="2880"/>
          </w:tcPr>
          <w:p>
            <w:r>
              <w:t>06.07.2022</w:t>
            </w:r>
          </w:p>
        </w:tc>
      </w:tr>
      <w:tr>
        <w:tc>
          <w:tcPr>
            <w:tcW w:type="dxa" w:w="2880"/>
          </w:tcPr>
          <w:p>
            <w:r>
              <w:t>5294.</w:t>
            </w:r>
          </w:p>
        </w:tc>
        <w:tc>
          <w:tcPr>
            <w:tcW w:type="dxa" w:w="2880"/>
          </w:tcPr>
          <w:p>
            <w:r>
              <w:t>Информационный материал-графическое изображение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районного суда города Оренбурга от 22.04.2022);</w:t>
            </w:r>
          </w:p>
        </w:tc>
        <w:tc>
          <w:tcPr>
            <w:tcW w:type="dxa" w:w="2880"/>
          </w:tcPr>
          <w:p>
            <w:r>
              <w:t>12.07.2022</w:t>
            </w:r>
          </w:p>
        </w:tc>
      </w:tr>
      <w:tr>
        <w:tc>
          <w:tcPr>
            <w:tcW w:type="dxa" w:w="2880"/>
          </w:tcPr>
          <w:p>
            <w:r>
              <w:t>5295.</w:t>
            </w:r>
          </w:p>
        </w:tc>
        <w:tc>
          <w:tcPr>
            <w:tcW w:type="dxa" w:w="2880"/>
          </w:tcPr>
          <w:p>
            <w:r>
              <w:t>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от 21.04.2022);</w:t>
            </w:r>
          </w:p>
        </w:tc>
        <w:tc>
          <w:tcPr>
            <w:tcW w:type="dxa" w:w="2880"/>
          </w:tcPr>
          <w:p>
            <w:r>
              <w:t>12.07.2022</w:t>
            </w:r>
          </w:p>
        </w:tc>
      </w:tr>
      <w:tr>
        <w:tc>
          <w:tcPr>
            <w:tcW w:type="dxa" w:w="2880"/>
          </w:tcPr>
          <w:p>
            <w:r>
              <w:t>5296.</w:t>
            </w:r>
          </w:p>
        </w:tc>
        <w:tc>
          <w:tcPr>
            <w:tcW w:type="dxa" w:w="2880"/>
          </w:tcPr>
          <w:p>
            <w:r>
              <w:t>Видеозапись «Нелегитимная власть должна быть уничтожена» продолжительностью 05 минут 02 секунды, начинающаяся со слов «Товарищи друзья, мы собрались здесь по очень важному поводу» и заканчивающаяся словами «а нелегитимная власть по всем международным нормам должна быть уничтожена» (решение Россошанского районного суда Воронежской области от 30.05.2022);</w:t>
            </w:r>
          </w:p>
        </w:tc>
        <w:tc>
          <w:tcPr>
            <w:tcW w:type="dxa" w:w="2880"/>
          </w:tcPr>
          <w:p>
            <w:r>
              <w:t>03.08.2022</w:t>
            </w:r>
          </w:p>
        </w:tc>
      </w:tr>
      <w:tr>
        <w:tc>
          <w:tcPr>
            <w:tcW w:type="dxa" w:w="2880"/>
          </w:tcPr>
          <w:p>
            <w:r>
              <w:t>5297.</w:t>
            </w:r>
          </w:p>
        </w:tc>
        <w:tc>
          <w:tcPr>
            <w:tcW w:type="dxa" w:w="2880"/>
          </w:tcPr>
          <w:p>
            <w:r>
              <w:t>Информационный материал в виде видеозаписи – видеоролик с названием «NS\WP» продолжительностью 5 минут 41 секунда, который начинается экспозицией – демонстрацией логотипа «NS/WP» и словами «Мы не страшимся тюрем» и заканчивается той же экспозицией и словами «Он обретает реальные черты», содержащийся в информационно-коммуникационной сети «Интернет» (решение Калининского районного суда г. Новосибирска от 03.06.2022);</w:t>
            </w:r>
          </w:p>
        </w:tc>
        <w:tc>
          <w:tcPr>
            <w:tcW w:type="dxa" w:w="2880"/>
          </w:tcPr>
          <w:p>
            <w:r>
              <w:t>03.08.2022</w:t>
            </w:r>
          </w:p>
        </w:tc>
      </w:tr>
      <w:tr>
        <w:tc>
          <w:tcPr>
            <w:tcW w:type="dxa" w:w="2880"/>
          </w:tcPr>
          <w:p>
            <w:r>
              <w:t>5298.</w:t>
            </w:r>
          </w:p>
        </w:tc>
        <w:tc>
          <w:tcPr>
            <w:tcW w:type="dxa" w:w="2880"/>
          </w:tcPr>
          <w:p>
            <w:r>
              <w:t>Текстовый материал под названием «Рябов Анатолий Аббасович. Русский манифест», начинающийся словами: «Граждане! Приближается то время, когда начнется уличная борьба…» и заканчивающийся словами «… Они возьмутся из ниоткуда – так же как в свое время взялись Минин и Пожарский» (решение Ленинского районного суда г. Тамбова от 08.06.2022);</w:t>
            </w:r>
          </w:p>
        </w:tc>
        <w:tc>
          <w:tcPr>
            <w:tcW w:type="dxa" w:w="2880"/>
          </w:tcPr>
          <w:p>
            <w:r>
              <w:t>03.08.2022</w:t>
            </w:r>
          </w:p>
        </w:tc>
      </w:tr>
      <w:tr>
        <w:tc>
          <w:tcPr>
            <w:tcW w:type="dxa" w:w="2880"/>
          </w:tcPr>
          <w:p>
            <w:r>
              <w:t>5299.</w:t>
            </w:r>
          </w:p>
        </w:tc>
        <w:tc>
          <w:tcPr>
            <w:tcW w:type="dxa" w:w="2880"/>
          </w:tcPr>
          <w:p>
            <w:r>
              <w:t>Аудиозапись под названием «Руки На Одеяло А.С.А.В.» (другие названия «Руки На Одеяло Ацаб», «Руки на одеяло А.С.А.В. (Полит3эк cover)»), продолжительностью 03 минуты 09 секунд, начинающаяся словами «Сколько серой формы в загашниках нашей страны…», заканчивающаяся словами «…С нами Джа! С нами Джа!» (решение Железнодорожного районного суда г. Ульяновска от 23.05.2022);</w:t>
            </w:r>
          </w:p>
        </w:tc>
        <w:tc>
          <w:tcPr>
            <w:tcW w:type="dxa" w:w="2880"/>
          </w:tcPr>
          <w:p>
            <w:r>
              <w:t>22.08.2022</w:t>
            </w:r>
          </w:p>
        </w:tc>
      </w:tr>
      <w:tr>
        <w:tc>
          <w:tcPr>
            <w:tcW w:type="dxa" w:w="2880"/>
          </w:tcPr>
          <w:p>
            <w:r>
              <w:t>5300.</w:t>
            </w:r>
          </w:p>
        </w:tc>
        <w:tc>
          <w:tcPr>
            <w:tcW w:type="dxa" w:w="2880"/>
          </w:tcPr>
          <w:p>
            <w:r>
              <w:t>Информационный материал – графическое изображение под заголовком «РУССКАЯ ИДЕЯ», текстом следующего содержания: «Жидов изгоняя все! Во всем мире…всегда и везде…Только в прошлом, 2-м тысячелетии, жидов изгоняли около 50-ти раз…В среднем, жидов изгоняли из чужих государств каждые 20-ть лет…И так продолжалось тысячу лет…Народ жида гонит дверь, жид лезет в окно…И залез таки жид аж на самый на верх…Что и ждал народ аж тысячу лет…Чтобы скинуть жида аж на самое дно…Изгнание жидов из России» и карикатурным изображением памятника Минину и Пожарскому, размещенный в сети «Интернет» (решение Ленинского районного суда города Оренбурга от 07.06.2022);</w:t>
            </w:r>
          </w:p>
        </w:tc>
        <w:tc>
          <w:tcPr>
            <w:tcW w:type="dxa" w:w="2880"/>
          </w:tcPr>
          <w:p>
            <w:r>
              <w:t>29.08.2022</w:t>
            </w:r>
          </w:p>
        </w:tc>
      </w:tr>
      <w:tr>
        <w:tc>
          <w:tcPr>
            <w:tcW w:type="dxa" w:w="2880"/>
          </w:tcPr>
          <w:p>
            <w:r>
              <w:t>5301.</w:t>
            </w:r>
          </w:p>
        </w:tc>
        <w:tc>
          <w:tcPr>
            <w:tcW w:type="dxa" w:w="2880"/>
          </w:tcPr>
          <w:p>
            <w:r>
              <w:t>Исключен</w:t>
            </w:r>
          </w:p>
        </w:tc>
        <w:tc>
          <w:tcPr>
            <w:tcW w:type="dxa" w:w="2880"/>
          </w:tcPr>
          <w:p>
            <w:r>
              <w:t>29.08.2022</w:t>
            </w:r>
          </w:p>
        </w:tc>
      </w:tr>
      <w:tr>
        <w:tc>
          <w:tcPr>
            <w:tcW w:type="dxa" w:w="2880"/>
          </w:tcPr>
          <w:p>
            <w:r>
              <w:t>5302.</w:t>
            </w:r>
          </w:p>
        </w:tc>
        <w:tc>
          <w:tcPr>
            <w:tcW w:type="dxa" w:w="2880"/>
          </w:tcPr>
          <w:p>
            <w:r>
              <w:t>Исключен</w:t>
            </w:r>
          </w:p>
        </w:tc>
        <w:tc>
          <w:tcPr>
            <w:tcW w:type="dxa" w:w="2880"/>
          </w:tcPr>
          <w:p>
            <w:r>
              <w:t>29.08.2022</w:t>
            </w:r>
          </w:p>
        </w:tc>
      </w:tr>
      <w:tr>
        <w:tc>
          <w:tcPr>
            <w:tcW w:type="dxa" w:w="2880"/>
          </w:tcPr>
          <w:p>
            <w:r>
              <w:t>5303.</w:t>
            </w:r>
          </w:p>
        </w:tc>
        <w:tc>
          <w:tcPr>
            <w:tcW w:type="dxa" w:w="2880"/>
          </w:tcPr>
          <w:p>
            <w:r>
              <w:t>Исключен</w:t>
            </w:r>
          </w:p>
        </w:tc>
        <w:tc>
          <w:tcPr>
            <w:tcW w:type="dxa" w:w="2880"/>
          </w:tcPr>
          <w:p>
            <w:r>
              <w:t>29.08.2022</w:t>
            </w:r>
          </w:p>
        </w:tc>
      </w:tr>
      <w:tr>
        <w:tc>
          <w:tcPr>
            <w:tcW w:type="dxa" w:w="2880"/>
          </w:tcPr>
          <w:p>
            <w:r>
              <w:t>5304.</w:t>
            </w:r>
          </w:p>
        </w:tc>
        <w:tc>
          <w:tcPr>
            <w:tcW w:type="dxa" w:w="2880"/>
          </w:tcPr>
          <w:p>
            <w:r>
              <w:t>Печатное издание под редакцией Костоева Х.А. «Осинное гнездо Кавказа», Ростов-на Дону, 2020, 216 стр. (решение Ленинского районного суда г. Владикавказа Республики Северная Осетия – Алания от 07.04.2022);</w:t>
            </w:r>
          </w:p>
        </w:tc>
        <w:tc>
          <w:tcPr>
            <w:tcW w:type="dxa" w:w="2880"/>
          </w:tcPr>
          <w:p>
            <w:r>
              <w:t>29.08.2022</w:t>
            </w:r>
          </w:p>
        </w:tc>
      </w:tr>
      <w:tr>
        <w:tc>
          <w:tcPr>
            <w:tcW w:type="dxa" w:w="2880"/>
          </w:tcPr>
          <w:p>
            <w:r>
              <w:t>5305.</w:t>
            </w:r>
          </w:p>
        </w:tc>
        <w:tc>
          <w:tcPr>
            <w:tcW w:type="dxa" w:w="2880"/>
          </w:tcPr>
          <w:p>
            <w:r>
              <w:t>Статья Стомахина Б.В. под названием «Распад империи – единственный выход», начинающаяся со слов «Любые мечты о свободе, любые попытки цивилизаторства в России…», заканчивающаяся словами «Все оккупационные российские войска будут выведены из всех колоний и соседних с Россией стран» (решение Центрального районного суда г. Барнаула от 07.07.2022);</w:t>
            </w:r>
          </w:p>
        </w:tc>
        <w:tc>
          <w:tcPr>
            <w:tcW w:type="dxa" w:w="2880"/>
          </w:tcPr>
          <w:p>
            <w:r>
              <w:t>19.09.2022</w:t>
            </w:r>
          </w:p>
        </w:tc>
      </w:tr>
      <w:tr>
        <w:tc>
          <w:tcPr>
            <w:tcW w:type="dxa" w:w="2880"/>
          </w:tcPr>
          <w:p>
            <w:r>
              <w:t>5306.</w:t>
            </w:r>
          </w:p>
        </w:tc>
        <w:tc>
          <w:tcPr>
            <w:tcW w:type="dxa" w:w="2880"/>
          </w:tcPr>
          <w:p>
            <w:r>
              <w:t>Видеоматериал под названием: «Полковник Шендаков обратился к женам росгвардейцев и полицейских», размещенный в сети «Интернет», продолжительностью 04 минуты 53 секунды (решение Красногорского городского суда Московской области от 18.07.2022);</w:t>
            </w:r>
          </w:p>
        </w:tc>
        <w:tc>
          <w:tcPr>
            <w:tcW w:type="dxa" w:w="2880"/>
          </w:tcPr>
          <w:p>
            <w:r>
              <w:t>19.09.2022</w:t>
            </w:r>
          </w:p>
        </w:tc>
      </w:tr>
      <w:tr>
        <w:tc>
          <w:tcPr>
            <w:tcW w:type="dxa" w:w="2880"/>
          </w:tcPr>
          <w:p>
            <w:r>
              <w:t>5307.</w:t>
            </w:r>
          </w:p>
        </w:tc>
        <w:tc>
          <w:tcPr>
            <w:tcW w:type="dxa" w:w="2880"/>
          </w:tcPr>
          <w:p>
            <w:r>
              <w:t>Видеоматериал под названием: «СУРКОВ ОБЕЩАЛ ДОНБАССУ ВОЙНУ! Михаил Шендаков/ПРЯМОЙ ЭФИР СТ // 22.12.2019», продолжительностью 59 минут 12 секунд, размещенный в сети «Интернет» (решение Красногорского городского суда Московской области от 18.07.2022);</w:t>
            </w:r>
          </w:p>
        </w:tc>
        <w:tc>
          <w:tcPr>
            <w:tcW w:type="dxa" w:w="2880"/>
          </w:tcPr>
          <w:p>
            <w:r>
              <w:t>19.09.2022</w:t>
            </w:r>
          </w:p>
        </w:tc>
      </w:tr>
      <w:tr>
        <w:tc>
          <w:tcPr>
            <w:tcW w:type="dxa" w:w="2880"/>
          </w:tcPr>
          <w:p>
            <w:r>
              <w:t>5308.</w:t>
            </w:r>
          </w:p>
        </w:tc>
        <w:tc>
          <w:tcPr>
            <w:tcW w:type="dxa" w:w="2880"/>
          </w:tcPr>
          <w:p>
            <w:r>
              <w:t>Печатное издание под редакцией Лорса Дарьяльского «Осетины на стороне Третьего рейха. Коллаборационизм в годы Великой Отечественной войны», Москва, 2021, 248 стр. (решение Ленинского районного суда г. Владикавказа Республики Северная Осетия – Алания от 25.05.2022);</w:t>
            </w:r>
          </w:p>
        </w:tc>
        <w:tc>
          <w:tcPr>
            <w:tcW w:type="dxa" w:w="2880"/>
          </w:tcPr>
          <w:p>
            <w:r>
              <w:t>19.09.2022</w:t>
            </w:r>
          </w:p>
        </w:tc>
      </w:tr>
      <w:tr>
        <w:tc>
          <w:tcPr>
            <w:tcW w:type="dxa" w:w="2880"/>
          </w:tcPr>
          <w:p>
            <w:r>
              <w:t>5309.</w:t>
            </w:r>
          </w:p>
        </w:tc>
        <w:tc>
          <w:tcPr>
            <w:tcW w:type="dxa" w:w="2880"/>
          </w:tcPr>
          <w:p>
            <w:r>
              <w:t>Cтатья Б. Стомахина «Зачем митинг?», начинающаяся со слов «Лучше митинг!» - был такой плакат…», заканчивающаяся словами «Свобода добывается только в бою и оплачивается только кровью» (решение Центрального районного суда г. Барнаула Алтайского края от 25.07.2022);</w:t>
            </w:r>
          </w:p>
        </w:tc>
        <w:tc>
          <w:tcPr>
            <w:tcW w:type="dxa" w:w="2880"/>
          </w:tcPr>
          <w:p>
            <w:r>
              <w:t>04.10.2022</w:t>
            </w:r>
          </w:p>
        </w:tc>
      </w:tr>
      <w:tr>
        <w:tc>
          <w:tcPr>
            <w:tcW w:type="dxa" w:w="2880"/>
          </w:tcPr>
          <w:p>
            <w:r>
              <w:t>5310.</w:t>
            </w:r>
          </w:p>
        </w:tc>
        <w:tc>
          <w:tcPr>
            <w:tcW w:type="dxa" w:w="2880"/>
          </w:tcPr>
          <w:p>
            <w:r>
              <w:t>Cтатья Б. Стомахина «NO FUTURE», начинающаяся со слов «Очередной тренд сезона – волна слухов о том, чем именно болен Путин», заканчивающаяся словами «начиняли самодельные взрывные устройства еще члены Боевой Организации партии социалистов-революционеров еще в 1904 году…» (решение Центрального районного суда г. Барнаула Алтайского края от 01.08.2022);</w:t>
            </w:r>
          </w:p>
        </w:tc>
        <w:tc>
          <w:tcPr>
            <w:tcW w:type="dxa" w:w="2880"/>
          </w:tcPr>
          <w:p>
            <w:r>
              <w:t>04.10.2022</w:t>
            </w:r>
          </w:p>
        </w:tc>
      </w:tr>
      <w:tr>
        <w:tc>
          <w:tcPr>
            <w:tcW w:type="dxa" w:w="2880"/>
          </w:tcPr>
          <w:p>
            <w:r>
              <w:t>5311.</w:t>
            </w:r>
          </w:p>
        </w:tc>
        <w:tc>
          <w:tcPr>
            <w:tcW w:type="dxa" w:w="2880"/>
          </w:tcPr>
          <w:p>
            <w:r>
              <w:t>Материалы, размещенные в русскоязычном сегменте сети «Интернет» в социальной сети «Одноклассники» на странице пользователя под ником «Абу Мухаммад» (решение Октябрьского районного суда г. Екатеринбурга от 14.04.2022);</w:t>
            </w:r>
          </w:p>
        </w:tc>
        <w:tc>
          <w:tcPr>
            <w:tcW w:type="dxa" w:w="2880"/>
          </w:tcPr>
          <w:p>
            <w:r>
              <w:t>19.10.2022</w:t>
            </w:r>
          </w:p>
        </w:tc>
      </w:tr>
      <w:tr>
        <w:tc>
          <w:tcPr>
            <w:tcW w:type="dxa" w:w="2880"/>
          </w:tcPr>
          <w:p>
            <w:r>
              <w:t>5312.</w:t>
            </w:r>
          </w:p>
        </w:tc>
        <w:tc>
          <w:tcPr>
            <w:tcW w:type="dxa" w:w="2880"/>
          </w:tcPr>
          <w:p>
            <w:r>
              <w:t>Информационный материал – фотография Генриха Гиммлера в окружении офицеров СС, сопровождающегося текстом «- Сынок, через 70 лет твой президент будет евреем, и твоих внуков он будет сажать в тюрьму за антисемитские посты в контакте. В каждом городе мэр будет евреем. В каждом городе будет построен Хасидский Центр, в котором грязные евреи будут совершать свои кровавые ритуалы, а ты даже не будешь догадываться. Твой народ будет вымирать со скоростью 1 миллион в год. Ну а мы пока уходим… потому что мы проиграли, а ты выиграл. Ты выиграл свое будущее…», размещенная в информационно-телекоммуникационной сети «Интернет» (решение Черкесского городского суда Карачаево-Черкесской Республики от 09.06.2022);</w:t>
            </w:r>
          </w:p>
        </w:tc>
        <w:tc>
          <w:tcPr>
            <w:tcW w:type="dxa" w:w="2880"/>
          </w:tcPr>
          <w:p>
            <w:r>
              <w:t>01.11.2022</w:t>
            </w:r>
          </w:p>
        </w:tc>
      </w:tr>
      <w:tr>
        <w:tc>
          <w:tcPr>
            <w:tcW w:type="dxa" w:w="2880"/>
          </w:tcPr>
          <w:p>
            <w:r>
              <w:t>5313.</w:t>
            </w:r>
          </w:p>
        </w:tc>
        <w:tc>
          <w:tcPr>
            <w:tcW w:type="dxa" w:w="2880"/>
          </w:tcPr>
          <w:p>
            <w:r>
              <w:t>Информационный материал в виде методического пособия с названием «Zashita_grazhdan_SSSR.pdf», начинающийся со слов «МИНИСТЕРСТВО ЮСТИЦИИ СССР» и заканчивающийся словами «Соглашаясь подписывать любые документы, Вы автоматически становитесь частью корпорации и теряете свободу и независимость, становясь рабом! С.В. Тараскин», объемом 30 страниц (решение Советского районного суда г. Томска от 27.07.2022);</w:t>
            </w:r>
          </w:p>
        </w:tc>
        <w:tc>
          <w:tcPr>
            <w:tcW w:type="dxa" w:w="2880"/>
          </w:tcPr>
          <w:p>
            <w:r>
              <w:t>01.11.2022</w:t>
            </w:r>
          </w:p>
        </w:tc>
      </w:tr>
      <w:tr>
        <w:tc>
          <w:tcPr>
            <w:tcW w:type="dxa" w:w="2880"/>
          </w:tcPr>
          <w:p>
            <w:r>
              <w:t>5314.</w:t>
            </w:r>
          </w:p>
        </w:tc>
        <w:tc>
          <w:tcPr>
            <w:tcW w:type="dxa" w:w="2880"/>
          </w:tcPr>
          <w:p>
            <w:r>
              <w:t>Видеоматериал-лекция под названием «Обращение Магомеда Хазбиева к руководству Чечни и к дешевым блогерам провокаторам» продолжительностью 1 час 56 минут 3 секунды, начинающаяся со слов «Ассаламу алейкум варахматуллах мехкхой…» (далее разговор на ингушском языке) и заканчивающаяся словами (после разговора на ингушском языке) «…Ассаламу алейкум варахматуллах», размещенный на канале «ingushetiyaruorg2010» видеохостинга «Youtube» […] и личной странице в Instagramm «Khazbiev_Magomed» (решение Заводского районного суда города Грозного Чеченской Республики от 06.06.2022);</w:t>
            </w:r>
          </w:p>
        </w:tc>
        <w:tc>
          <w:tcPr>
            <w:tcW w:type="dxa" w:w="2880"/>
          </w:tcPr>
          <w:p>
            <w:r>
              <w:t>01.11.2022</w:t>
            </w:r>
          </w:p>
        </w:tc>
      </w:tr>
      <w:tr>
        <w:tc>
          <w:tcPr>
            <w:tcW w:type="dxa" w:w="2880"/>
          </w:tcPr>
          <w:p>
            <w:r>
              <w:t>5315.</w:t>
            </w:r>
          </w:p>
        </w:tc>
        <w:tc>
          <w:tcPr>
            <w:tcW w:type="dxa" w:w="2880"/>
          </w:tcPr>
          <w:p>
            <w:r>
              <w:t>Аудиозапись и текст под названием: «Никита Машук – Убъем Украину…» продолжительностью от 1 мин. 16 сек. до 1 мин. 21 сек., начинающиеся со слов: «Украина все свое существо, все свое существование …» и заканчивающиеся словами: «…и твою семью…» (решение Центрального районного суда г. Хабаровска от 01.08.2022);</w:t>
            </w:r>
          </w:p>
        </w:tc>
        <w:tc>
          <w:tcPr>
            <w:tcW w:type="dxa" w:w="2880"/>
          </w:tcPr>
          <w:p>
            <w:r>
              <w:t>18.11.2022</w:t>
            </w:r>
          </w:p>
        </w:tc>
      </w:tr>
      <w:tr>
        <w:tc>
          <w:tcPr>
            <w:tcW w:type="dxa" w:w="2880"/>
          </w:tcPr>
          <w:p>
            <w:r>
              <w:t>5316.</w:t>
            </w:r>
          </w:p>
        </w:tc>
        <w:tc>
          <w:tcPr>
            <w:tcW w:type="dxa" w:w="2880"/>
          </w:tcPr>
          <w:p>
            <w:r>
              <w:t>Аудиофайл под названием «Про мусоров группы «Адидас» («Adidas»), продолжительностью 4 минуты 21 секунда, начинающийся со слов «Мусора-гон…, пид…, не дают спокойно попить пиваса…» и заканчивающийся словами «…как бумажка зачем, ж… подтирать» с последующим речитативом, размещенный в сети «Интернет» (решение Елецкого городского суда Липецкой области от 22.09.2022)</w:t>
            </w:r>
          </w:p>
        </w:tc>
        <w:tc>
          <w:tcPr>
            <w:tcW w:type="dxa" w:w="2880"/>
          </w:tcPr>
          <w:p>
            <w:r>
              <w:t>18.11.2022</w:t>
            </w:r>
          </w:p>
        </w:tc>
      </w:tr>
      <w:tr>
        <w:tc>
          <w:tcPr>
            <w:tcW w:type="dxa" w:w="2880"/>
          </w:tcPr>
          <w:p>
            <w:r>
              <w:t>5317.</w:t>
            </w:r>
          </w:p>
        </w:tc>
        <w:tc>
          <w:tcPr>
            <w:tcW w:type="dxa" w:w="2880"/>
          </w:tcPr>
          <w:p>
            <w:r>
              <w:t>Материал книги «Ценой свободы», автор Блинов К.А. под псевдонимом «Кирилл Риддик», состоящей из 12 глав объемом 197 страниц формата А4, начинающейся словами «Посвящается всем тем, кто прошел через стены испытаний..,» и заканчивающейся словами «…Мы безвозмездно отдаем себя и наши судьбы, изо дня в день, бросая вызов врагам. Сердечно благодарю за помощь Николая М. и К. Вестейн» (решение Советского районного суда г. Нижнего Новгорода от 22.04.2022);</w:t>
            </w:r>
          </w:p>
        </w:tc>
        <w:tc>
          <w:tcPr>
            <w:tcW w:type="dxa" w:w="2880"/>
          </w:tcPr>
          <w:p>
            <w:r>
              <w:t>25.11.2022</w:t>
            </w:r>
          </w:p>
        </w:tc>
      </w:tr>
      <w:tr>
        <w:tc>
          <w:tcPr>
            <w:tcW w:type="dxa" w:w="2880"/>
          </w:tcPr>
          <w:p>
            <w:r>
              <w:t>5318.</w:t>
            </w:r>
          </w:p>
        </w:tc>
        <w:tc>
          <w:tcPr>
            <w:tcW w:type="dxa" w:w="2880"/>
          </w:tcPr>
          <w:p>
            <w:r>
              <w:t>Печатное издание (книга) «Татары … Это гордое имя/А.М. Аминов. – Казань: Издательство «Ихлас», 2020. – 512 с.» (решение Вахитовского районного суда города Казани от 03.10.2022);</w:t>
            </w:r>
          </w:p>
        </w:tc>
        <w:tc>
          <w:tcPr>
            <w:tcW w:type="dxa" w:w="2880"/>
          </w:tcPr>
          <w:p>
            <w:r>
              <w:t>12.12.2022</w:t>
            </w:r>
          </w:p>
        </w:tc>
      </w:tr>
      <w:tr>
        <w:tc>
          <w:tcPr>
            <w:tcW w:type="dxa" w:w="2880"/>
          </w:tcPr>
          <w:p>
            <w:r>
              <w:t>5319.</w:t>
            </w:r>
          </w:p>
        </w:tc>
        <w:tc>
          <w:tcPr>
            <w:tcW w:type="dxa" w:w="2880"/>
          </w:tcPr>
          <w:p>
            <w:r>
              <w:t>Аудиозапись песни под названиями: «Вставай Ариец» («Волк») праворадикальной группы «Банда Москвы», начинающаяся словами «Он прошел огнь жестокой войны …» и оканчивающаяся словами «…И не станет врагов на Русской земле вновь!», продолжительностью 5 минут 23 секунды (решение Кашинского межрайонного суда Тверской области от 21.09.2022);</w:t>
            </w:r>
          </w:p>
        </w:tc>
        <w:tc>
          <w:tcPr>
            <w:tcW w:type="dxa" w:w="2880"/>
          </w:tcPr>
          <w:p>
            <w:r>
              <w:t>12.12.2022</w:t>
            </w:r>
          </w:p>
        </w:tc>
      </w:tr>
      <w:tr>
        <w:tc>
          <w:tcPr>
            <w:tcW w:type="dxa" w:w="2880"/>
          </w:tcPr>
          <w:p>
            <w:r>
              <w:t>5320.</w:t>
            </w:r>
          </w:p>
        </w:tc>
        <w:tc>
          <w:tcPr>
            <w:tcW w:type="dxa" w:w="2880"/>
          </w:tcPr>
          <w:p>
            <w:r>
              <w:t>Информационный материал – аудиозапись и текст музыкальной композиции под названием «Токарный Паралич – Я схватил мента за шею», продолжительностью от 02 мин. 26 сек. до 03 мин. 01 сек., начинающаяся словами: «Я схватил мента за шею!...» и заканчивающаяся словами: «…найдут твои останки в колодце водосточном» (решение Железнодорожного районного суда г. Пензы от 30.09.2022);</w:t>
            </w:r>
          </w:p>
        </w:tc>
        <w:tc>
          <w:tcPr>
            <w:tcW w:type="dxa" w:w="2880"/>
          </w:tcPr>
          <w:p>
            <w:r>
              <w:t>12.12.2022</w:t>
            </w:r>
          </w:p>
        </w:tc>
      </w:tr>
      <w:tr>
        <w:tc>
          <w:tcPr>
            <w:tcW w:type="dxa" w:w="2880"/>
          </w:tcPr>
          <w:p>
            <w:r>
              <w:t>5321.</w:t>
            </w:r>
          </w:p>
        </w:tc>
        <w:tc>
          <w:tcPr>
            <w:tcW w:type="dxa" w:w="2880"/>
          </w:tcPr>
          <w:p>
            <w:r>
              <w:t>Видеозапись продолжительностью 20 секунд, с названием «Я буду резать русню» ‒ дети украинских нацистов!», с изображением малолетней девочки дошкольного возраста с ножом в руках на фоне экрана компьютера, на котором изображена нацистская свастика, после чего девочка имитирует нанесение ударов ножом и произносит речь, начинающуюся со слов: «Zieg Heil! Zieg Heil! Я буду резать русню!...», заканчивающуюся словами «…Путин, мы идем за тобой» (решение Сыктывкарского городского суда Республики Коми от 07.10.2022);</w:t>
            </w:r>
          </w:p>
        </w:tc>
        <w:tc>
          <w:tcPr>
            <w:tcW w:type="dxa" w:w="2880"/>
          </w:tcPr>
          <w:p>
            <w:r>
              <w:t>12.12.2022</w:t>
            </w:r>
          </w:p>
        </w:tc>
      </w:tr>
      <w:tr>
        <w:tc>
          <w:tcPr>
            <w:tcW w:type="dxa" w:w="2880"/>
          </w:tcPr>
          <w:p>
            <w:r>
              <w:t>5322.</w:t>
            </w:r>
          </w:p>
        </w:tc>
        <w:tc>
          <w:tcPr>
            <w:tcW w:type="dxa" w:w="2880"/>
          </w:tcPr>
          <w:p>
            <w:r>
              <w:t>Текстовый файл «Программа М. К. У .» авторов, использующих псевдонимы «Егор «Маньяк» и «Warrior of Light» (решение Таганского районного суда г. Москвы от 21.07.2022);</w:t>
            </w:r>
          </w:p>
        </w:tc>
        <w:tc>
          <w:tcPr>
            <w:tcW w:type="dxa" w:w="2880"/>
          </w:tcPr>
          <w:p>
            <w:r>
              <w:t>12.12.2022</w:t>
            </w:r>
          </w:p>
        </w:tc>
      </w:tr>
      <w:tr>
        <w:tc>
          <w:tcPr>
            <w:tcW w:type="dxa" w:w="2880"/>
          </w:tcPr>
          <w:p>
            <w:r>
              <w:t>5323.</w:t>
            </w:r>
          </w:p>
        </w:tc>
        <w:tc>
          <w:tcPr>
            <w:tcW w:type="dxa" w:w="2880"/>
          </w:tcPr>
          <w:p>
            <w:r>
              <w:t>Печатное издание – книга «Роза серафитов. Богомильское евангелие». –  Издание 2-е, дополненное и исправленное. – М.: Мир Софии, 2014. – 592 с. (автор «Блаженный Иоанн», 2014, издательство «Мир Софии», ISBN 978-5-906192-20 (решение Таганского районного суда г. Москвы от 30.04.2021 и апелляционное определение судебной коллегии по административным делам Московского городского суда от 25.05.2022);</w:t>
            </w:r>
          </w:p>
        </w:tc>
        <w:tc>
          <w:tcPr>
            <w:tcW w:type="dxa" w:w="2880"/>
          </w:tcPr>
          <w:p>
            <w:r>
              <w:t>12.12.2022</w:t>
            </w:r>
          </w:p>
        </w:tc>
      </w:tr>
      <w:tr>
        <w:tc>
          <w:tcPr>
            <w:tcW w:type="dxa" w:w="2880"/>
          </w:tcPr>
          <w:p>
            <w:r>
              <w:t>5324.</w:t>
            </w:r>
          </w:p>
        </w:tc>
        <w:tc>
          <w:tcPr>
            <w:tcW w:type="dxa" w:w="2880"/>
          </w:tcPr>
          <w:p>
            <w:r>
              <w:t>Информационный материал (текст песни) под названием «А.Харчиков-Арийский марш» (Александр Харчиков – Арийский марш»),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5325.</w:t>
            </w:r>
          </w:p>
        </w:tc>
        <w:tc>
          <w:tcPr>
            <w:tcW w:type="dxa" w:w="2880"/>
          </w:tcPr>
          <w:p>
            <w:r>
              <w:t>Видеоматериал с наименованием «А.Харчиков – Арийский марш» («Арийский марш – А. Харчиков») продолжительностью 3 минуты 42 секунды, со звуковым сопровождением в виде песни под музыкальный аккомпанемент,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5326.</w:t>
            </w:r>
          </w:p>
        </w:tc>
        <w:tc>
          <w:tcPr>
            <w:tcW w:type="dxa" w:w="2880"/>
          </w:tcPr>
          <w:p>
            <w:r>
              <w:t>Аудиофайл (песня) с наименованием «А.Харчиком – Арийский марш» (Харчиков А. – Арийский марш»), продолжительностью 3 минуты 42 секунды,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5327.</w:t>
            </w:r>
          </w:p>
        </w:tc>
        <w:tc>
          <w:tcPr>
            <w:tcW w:type="dxa" w:w="2880"/>
          </w:tcPr>
          <w:p>
            <w:r>
              <w:t>Видеофайл с названием «ЭКСТРЕННО!!! РАЗВЯЗКА НА ВАШИХ ГЛАЗАХ. ЗАХВАЧЕН ЕДИНСТВЕННЫЙ ПРОТИВНИК ЗВЕРЯ» размещенный в информационно-телекоммуникационной сети «Интернет» (решение Вилючинского городского суда Камчатского края от 06.09.2022);</w:t>
            </w:r>
          </w:p>
        </w:tc>
        <w:tc>
          <w:tcPr>
            <w:tcW w:type="dxa" w:w="2880"/>
          </w:tcPr>
          <w:p>
            <w:r>
              <w:t>14.12.2022</w:t>
            </w:r>
          </w:p>
        </w:tc>
      </w:tr>
      <w:tr>
        <w:tc>
          <w:tcPr>
            <w:tcW w:type="dxa" w:w="2880"/>
          </w:tcPr>
          <w:p>
            <w:r>
              <w:t>5328.</w:t>
            </w:r>
          </w:p>
        </w:tc>
        <w:tc>
          <w:tcPr>
            <w:tcW w:type="dxa" w:w="2880"/>
          </w:tcPr>
          <w:p>
            <w:r>
              <w:t>Текстовый материал под названием «Христианский обман славян», начинающийся со слов «Христианский обман славян. Официальной русской религией является христианство…», заканчивающийся словами «мусульманство — ЭТО ПРОТЕСТАНИЗМ ВОСТОЧНОЙ ХРИСТИАНСКОЙ СЕКТЫ» (решение Сыктывкарского городского суда Республики Коми от 07.10.2022);</w:t>
            </w:r>
          </w:p>
        </w:tc>
        <w:tc>
          <w:tcPr>
            <w:tcW w:type="dxa" w:w="2880"/>
          </w:tcPr>
          <w:p>
            <w:r>
              <w:t>14.12.2022</w:t>
            </w:r>
          </w:p>
        </w:tc>
      </w:tr>
      <w:tr>
        <w:tc>
          <w:tcPr>
            <w:tcW w:type="dxa" w:w="2880"/>
          </w:tcPr>
          <w:p>
            <w:r>
              <w:t>5329.</w:t>
            </w:r>
          </w:p>
        </w:tc>
        <w:tc>
          <w:tcPr>
            <w:tcW w:type="dxa" w:w="2880"/>
          </w:tcPr>
          <w:p>
            <w:r>
              <w:t>Видеоролик с названием «Страшная тайна Ходоса», продолжительностью 2 минуты 30 секунд, который состоит из сменяющих друг друга 11 фотоизображений с различными текстовыми записями на них, сопровождаемых произносимым мужским голосом закадровым текстом, начинающимся со слов: «Эдуард Ходос. Его реликвия под православного этого всего лишь трюк для обмана славян…» и заканчивающимся словами: «…А ведь сколько раввинов в России и на Украине, ведь дурной пример заразителен» (решение Сыктывкарского городского суда Республики Коми от 07.10.2022);</w:t>
            </w:r>
          </w:p>
        </w:tc>
        <w:tc>
          <w:tcPr>
            <w:tcW w:type="dxa" w:w="2880"/>
          </w:tcPr>
          <w:p>
            <w:r>
              <w:t>14.12.2022</w:t>
            </w:r>
          </w:p>
        </w:tc>
      </w:tr>
      <w:tr>
        <w:tc>
          <w:tcPr>
            <w:tcW w:type="dxa" w:w="2880"/>
          </w:tcPr>
          <w:p>
            <w:r>
              <w:t>5330.</w:t>
            </w:r>
          </w:p>
        </w:tc>
        <w:tc>
          <w:tcPr>
            <w:tcW w:type="dxa" w:w="2880"/>
          </w:tcPr>
          <w:p>
            <w:r>
              <w:t>Видеоролик под названием: «Политолог Никита машук о гос конфликтах», начинающийся со слов «Украина все свое существование…» и заканчивающийся словами «Я тебя в рот е*** и твою семью н****», продолжительностью 1 мин. 19 сек., а также его текстовый вариант (решение Сургутского городского суда Ханты-Мансийского автономного округа – Югры от 30.08.2022);</w:t>
            </w:r>
          </w:p>
        </w:tc>
        <w:tc>
          <w:tcPr>
            <w:tcW w:type="dxa" w:w="2880"/>
          </w:tcPr>
          <w:p>
            <w:r>
              <w:t>29.12.2022</w:t>
            </w:r>
          </w:p>
        </w:tc>
      </w:tr>
      <w:tr>
        <w:tc>
          <w:tcPr>
            <w:tcW w:type="dxa" w:w="2880"/>
          </w:tcPr>
          <w:p>
            <w:r>
              <w:t>5331.</w:t>
            </w:r>
          </w:p>
        </w:tc>
        <w:tc>
          <w:tcPr>
            <w:tcW w:type="dxa" w:w="2880"/>
          </w:tcPr>
          <w:p>
            <w:r>
              <w:t>Статья «ТАЙНА КРОВИ СТРАШНЕЕ СПИДА», начинающаяся словами «ТАЙНА КРОВИ это» и заканчивающаяся словами «Вы можете проверить это сами», опубликованная в газете «РаСветЪ» № 12 от 20.12.2020, а также размещенная в сети «Интернет» в виде текста и видеозаписей, демонстрирующих ее текст (решение Ленинского районного суда г. Перми от 12.07.2022);</w:t>
            </w:r>
          </w:p>
        </w:tc>
        <w:tc>
          <w:tcPr>
            <w:tcW w:type="dxa" w:w="2880"/>
          </w:tcPr>
          <w:p>
            <w:r>
              <w:t>29.12.2022</w:t>
            </w:r>
          </w:p>
        </w:tc>
      </w:tr>
      <w:tr>
        <w:tc>
          <w:tcPr>
            <w:tcW w:type="dxa" w:w="2880"/>
          </w:tcPr>
          <w:p>
            <w:r>
              <w:t>5332.</w:t>
            </w:r>
          </w:p>
        </w:tc>
        <w:tc>
          <w:tcPr>
            <w:tcW w:type="dxa" w:w="2880"/>
          </w:tcPr>
          <w:p>
            <w:r>
              <w:t>Видеозапись, продолжительностью 43 секунды с названиями, выполненными на украинском и русском языках: «Маленька дiвчинка рiже русню новий хiт вiд масi! ми тепер в iдiл!», «Новий хiт вiд масi!ми тепер в iдiл! маленькая девочка режит», «Новий хiт вiд масi!ми тепер в щш! маленькая девочка режит русню! жесть», которая начинается с изображения малолетней девочки дошкольного возраста на фоне экрана компьютера, на котором изображена эмблема батальона «Азов» в виде нацистской символики на желтом фоне с надписью «Азов», после чего девочка, держа в руке нож, имитирует нанесение им ударов и произносит следующие выражения: «Поможет! Азов поможет!», «.Я буду резать русню!», «Смерть русне!», заканчивается видеозапись фразой девочки: «Zieg heil!. (решение Сыктывкарского городского суда Республики Коми от 27.10.2022);</w:t>
            </w:r>
          </w:p>
        </w:tc>
        <w:tc>
          <w:tcPr>
            <w:tcW w:type="dxa" w:w="2880"/>
          </w:tcPr>
          <w:p>
            <w:r>
              <w:t>29.12.2022</w:t>
            </w:r>
          </w:p>
        </w:tc>
      </w:tr>
      <w:tr>
        <w:tc>
          <w:tcPr>
            <w:tcW w:type="dxa" w:w="2880"/>
          </w:tcPr>
          <w:p>
            <w:r>
              <w:t>5333.</w:t>
            </w:r>
          </w:p>
        </w:tc>
        <w:tc>
          <w:tcPr>
            <w:tcW w:type="dxa" w:w="2880"/>
          </w:tcPr>
          <w:p>
            <w:r>
              <w:t>Информационный материал - аудиозапись и текст музыкальной композиции под названием «Зиг Хай - Скинхед» (другое название – «Не хочешь – не слушай! – Скинхед (Доберман cover)»), продолжительностью от 03 мин. 00 сек. до 03 мин. 01 сек., начинающаяся словами: «Воскресным утром ранним, набивая кулаки, одевая черный бомбер, камуфляжные штаны…», заканчивающаяся словами: «…уничтожая зверя, не жалея кулаков. Он – скинхед. Он – скинхед.» (решение Железнодорожного районного суда г. Пензы от 14.10.2022);</w:t>
            </w:r>
          </w:p>
        </w:tc>
        <w:tc>
          <w:tcPr>
            <w:tcW w:type="dxa" w:w="2880"/>
          </w:tcPr>
          <w:p>
            <w:r>
              <w:t>29.12.2022</w:t>
            </w:r>
          </w:p>
        </w:tc>
      </w:tr>
      <w:tr>
        <w:tc>
          <w:tcPr>
            <w:tcW w:type="dxa" w:w="2880"/>
          </w:tcPr>
          <w:p>
            <w:r>
              <w:t>5334.</w:t>
            </w:r>
          </w:p>
        </w:tc>
        <w:tc>
          <w:tcPr>
            <w:tcW w:type="dxa" w:w="2880"/>
          </w:tcPr>
          <w:p>
            <w:r>
              <w:t>Информационный материал – аудиозапись исполнителя «АРС» с названием «Правые славяне» продолжительностью около 03 минут 23 секунд, которая начинается словами «Пока «скины» сидят в инете и кидают «зигу»…», заканчивается словами «… чувствуйте себя дома,  а мы иноземцы», содержащейся в информационно-телекоммуникационной сети «Интернет» (решение Североморского районного суда Мурманской области от 20.09.2022);</w:t>
            </w:r>
          </w:p>
        </w:tc>
        <w:tc>
          <w:tcPr>
            <w:tcW w:type="dxa" w:w="2880"/>
          </w:tcPr>
          <w:p>
            <w:r>
              <w:t>29.12.2022</w:t>
            </w:r>
          </w:p>
        </w:tc>
      </w:tr>
      <w:tr>
        <w:tc>
          <w:tcPr>
            <w:tcW w:type="dxa" w:w="2880"/>
          </w:tcPr>
          <w:p>
            <w:r>
              <w:t>5335.</w:t>
            </w:r>
          </w:p>
        </w:tc>
        <w:tc>
          <w:tcPr>
            <w:tcW w:type="dxa" w:w="2880"/>
          </w:tcPr>
          <w:p>
            <w:r>
              <w:t>Книга «Науковi записки» 2016/5-6 (85-86) вересень-грудень, изданная на 363 листах на территории Украины 20.06.2017 Институтом политических и этнонациональных исследований имени И.Ф. Кураса Национальной Академии Наук Украины в формате 60х84/16 тиражом 300 экземпляров ISSN 2524-0137 под редакцией Рафальского О.О., Майбороды О.М. и иных лиц (решение Октябрьского районного суда Санкт-Петербурга от 31.08.2022);</w:t>
            </w:r>
          </w:p>
        </w:tc>
        <w:tc>
          <w:tcPr>
            <w:tcW w:type="dxa" w:w="2880"/>
          </w:tcPr>
          <w:p>
            <w:r>
              <w:t>03.02.2023</w:t>
            </w:r>
          </w:p>
        </w:tc>
      </w:tr>
      <w:tr>
        <w:tc>
          <w:tcPr>
            <w:tcW w:type="dxa" w:w="2880"/>
          </w:tcPr>
          <w:p>
            <w:r>
              <w:t>5336.</w:t>
            </w:r>
          </w:p>
        </w:tc>
        <w:tc>
          <w:tcPr>
            <w:tcW w:type="dxa" w:w="2880"/>
          </w:tcPr>
          <w:p>
            <w:r>
              <w:t>Текст песни исполнителя Оксимирон (Oxxxymiron) «Последний звонок» (решение Замоскворецкого районного суда г. Москвы от 25.10.2022);</w:t>
            </w:r>
          </w:p>
        </w:tc>
        <w:tc>
          <w:tcPr>
            <w:tcW w:type="dxa" w:w="2880"/>
          </w:tcPr>
          <w:p>
            <w:r>
              <w:t>06.02.2023</w:t>
            </w:r>
          </w:p>
        </w:tc>
      </w:tr>
      <w:tr>
        <w:tc>
          <w:tcPr>
            <w:tcW w:type="dxa" w:w="2880"/>
          </w:tcPr>
          <w:p>
            <w:r>
              <w:t>5337.</w:t>
            </w:r>
          </w:p>
        </w:tc>
        <w:tc>
          <w:tcPr>
            <w:tcW w:type="dxa" w:w="2880"/>
          </w:tcPr>
          <w:p>
            <w:r>
              <w:t>Музыкальное произведение группы «Ансамбль Христа Спасителя и мать сыра земля» под названием «Коричневая чума», начинающееся со слов: «Не слушай еврейскую ложь, там нет правды на ломаный грош (там вранье)» и заканчивающееся словами: «коричневая чума, возликует родная страна (все будет коричневым), коричневая чума, да здравствует мама война (чтоб вы все сдохли)», имеющее общую продолжительность звучания 03 мин. 16 сек. (решение Советского районного суда г. Астрахани от 07.11.2022);</w:t>
            </w:r>
          </w:p>
        </w:tc>
        <w:tc>
          <w:tcPr>
            <w:tcW w:type="dxa" w:w="2880"/>
          </w:tcPr>
          <w:p>
            <w:r>
              <w:t>06.02.2023</w:t>
            </w:r>
          </w:p>
        </w:tc>
      </w:tr>
      <w:tr>
        <w:tc>
          <w:tcPr>
            <w:tcW w:type="dxa" w:w="2880"/>
          </w:tcPr>
          <w:p>
            <w:r>
              <w:t>5338.</w:t>
            </w:r>
          </w:p>
        </w:tc>
        <w:tc>
          <w:tcPr>
            <w:tcW w:type="dxa" w:w="2880"/>
          </w:tcPr>
          <w:p>
            <w:r>
              <w:t>Книгопечатное издание «Начала мусульманской веры», редактор-составитель Э.Кулиев, верстка К.Кузнецов, художественные редакторы Р.Галимова, К.Кузнецов, ООО «Издатель Эжаев А.К.», тираж 5000 экз., заказ №2798, на 294 л., за исключением цитат из Корана (решение Можайского городского суда Московской области от 12.10.2022);</w:t>
            </w:r>
          </w:p>
        </w:tc>
        <w:tc>
          <w:tcPr>
            <w:tcW w:type="dxa" w:w="2880"/>
          </w:tcPr>
          <w:p>
            <w:r>
              <w:t>17.02.2023</w:t>
            </w:r>
          </w:p>
        </w:tc>
      </w:tr>
      <w:tr>
        <w:tc>
          <w:tcPr>
            <w:tcW w:type="dxa" w:w="2880"/>
          </w:tcPr>
          <w:p>
            <w:r>
              <w:t>5339.</w:t>
            </w:r>
          </w:p>
        </w:tc>
        <w:tc>
          <w:tcPr>
            <w:tcW w:type="dxa" w:w="2880"/>
          </w:tcPr>
          <w:p>
            <w:r>
              <w:t xml:space="preserve">Музыкальная композиция под названием «Нищих Убивай!», начинающаяся словами «Прогресс и эффективность победили еще бы…», заканчивающаяся словами «…нищих убивай!», продолжительностью 4 минуты 21 секунда (решение Дзержинского районного суда города Волгограда от 26.09.2022, апелляционное определение судебной коллегии по административным делам Волгоградского областного суда от 12.01.2023 и кассационное определение судебной коллегии </w:t>
              <w:br/>
              <w:br/>
              <w:t>по административным делам Четвертого кассационного суда общей юрисдикции от 25.05.2023);</w:t>
            </w:r>
          </w:p>
        </w:tc>
        <w:tc>
          <w:tcPr>
            <w:tcW w:type="dxa" w:w="2880"/>
          </w:tcPr>
          <w:p>
            <w:r>
              <w:t>22.02.2023</w:t>
            </w:r>
          </w:p>
        </w:tc>
      </w:tr>
      <w:tr>
        <w:tc>
          <w:tcPr>
            <w:tcW w:type="dxa" w:w="2880"/>
          </w:tcPr>
          <w:p>
            <w:r>
              <w:t>5340.</w:t>
            </w:r>
          </w:p>
        </w:tc>
        <w:tc>
          <w:tcPr>
            <w:tcW w:type="dxa" w:w="2880"/>
          </w:tcPr>
          <w:p>
            <w:r>
              <w:t>Информационные материалы, содержащиеся в книге Николы Королева «Белая Любовь» (предисловие «Война поэта», стихотворения «В чертогах алого огня», «Карцер», «Пламенная надежда», «Жертва», «Если не ты то, кто же?», «Сон витязя», «В гранитной пещере злой чародей») издательства Военно-патриотического общества «СПАС» (Москва, 2021) (решение Лабытнангского городского суда Ямало-Ненецкого автономного округа от 01.11.2022);</w:t>
            </w:r>
          </w:p>
        </w:tc>
        <w:tc>
          <w:tcPr>
            <w:tcW w:type="dxa" w:w="2880"/>
          </w:tcPr>
          <w:p>
            <w:r>
              <w:t>20.03.2023</w:t>
            </w:r>
          </w:p>
        </w:tc>
      </w:tr>
      <w:tr>
        <w:tc>
          <w:tcPr>
            <w:tcW w:type="dxa" w:w="2880"/>
          </w:tcPr>
          <w:p>
            <w:r>
              <w:t>5341.</w:t>
            </w:r>
          </w:p>
        </w:tc>
        <w:tc>
          <w:tcPr>
            <w:tcW w:type="dxa" w:w="2880"/>
          </w:tcPr>
          <w:p>
            <w:r>
              <w:t>Материал под названием «Манифест Национального сопротивления… На войне, как на войне. Кремль уничтожает народ России!», размещенный в информационно-телекоммуникационных сетях, в том числе в сети «Интернет» (решение Петропавловск-Камчатского городского суда Камчатского края от 31.01.2023);</w:t>
            </w:r>
          </w:p>
        </w:tc>
        <w:tc>
          <w:tcPr>
            <w:tcW w:type="dxa" w:w="2880"/>
          </w:tcPr>
          <w:p>
            <w:r>
              <w:t>17.04.2023</w:t>
            </w:r>
          </w:p>
        </w:tc>
      </w:tr>
      <w:tr>
        <w:tc>
          <w:tcPr>
            <w:tcW w:type="dxa" w:w="2880"/>
          </w:tcPr>
          <w:p>
            <w:r>
              <w:t>5342.</w:t>
            </w:r>
          </w:p>
        </w:tc>
        <w:tc>
          <w:tcPr>
            <w:tcW w:type="dxa" w:w="2880"/>
          </w:tcPr>
          <w:p>
            <w:r>
              <w:t>Информационный материал – аудиозапись (песня) исполнителей «Околореп и Саша Скул» с названием «Вэлком ту Россияния» продолжительностью около 02 минут 33 секунд, которая начинается русскими словами, исполняемыми мужскими голосами, «Добро пожаловать в россиянию.», заканчивается словами «Так что если что, вовремя скидывай ножик», содержащаяся в информационно-коммуникационной сети «Интернет» (решение Калачёвского районного суда Волгоградской области от 09.02.2023);</w:t>
            </w:r>
          </w:p>
        </w:tc>
        <w:tc>
          <w:tcPr>
            <w:tcW w:type="dxa" w:w="2880"/>
          </w:tcPr>
          <w:p>
            <w:r>
              <w:t>03.05.2023</w:t>
            </w:r>
          </w:p>
        </w:tc>
      </w:tr>
      <w:tr>
        <w:tc>
          <w:tcPr>
            <w:tcW w:type="dxa" w:w="2880"/>
          </w:tcPr>
          <w:p>
            <w:r>
              <w:t>5343.</w:t>
            </w:r>
          </w:p>
        </w:tc>
        <w:tc>
          <w:tcPr>
            <w:tcW w:type="dxa" w:w="2880"/>
          </w:tcPr>
          <w:p>
            <w:r>
              <w:t>Материалы – текстовые файлы под названием «ЕВРОПА ОТЕЧЕСТВ. Биополитическая Цель Национал-Социализма», «НОВАЯ ЕВРОПА». Биополитическая Цель Национал-Социализма», размещенные в ИТКС «Интернет» (решение Центрального районного суда г. Калининграда от 14.02.2023);</w:t>
            </w:r>
          </w:p>
        </w:tc>
        <w:tc>
          <w:tcPr>
            <w:tcW w:type="dxa" w:w="2880"/>
          </w:tcPr>
          <w:p>
            <w:r>
              <w:t>17.05.2023</w:t>
            </w:r>
          </w:p>
        </w:tc>
      </w:tr>
      <w:tr>
        <w:tc>
          <w:tcPr>
            <w:tcW w:type="dxa" w:w="2880"/>
          </w:tcPr>
          <w:p>
            <w:r>
              <w:t>5344.</w:t>
            </w:r>
          </w:p>
        </w:tc>
        <w:tc>
          <w:tcPr>
            <w:tcW w:type="dxa" w:w="2880"/>
          </w:tcPr>
          <w:p>
            <w:r>
              <w:t>Материалы: аудиозапись песни под названием «Криминал» музыкальной группы «Bad To The Bonehead», начинающаяся словами «Город во власти этнических кланов …» и оканчивающаяся словами «… Она убивает нашу страну!», продолжительностью 2 минуты 10 секунд (решение Заволжского районного суда города Твери от 20.02.2023);</w:t>
            </w:r>
          </w:p>
        </w:tc>
        <w:tc>
          <w:tcPr>
            <w:tcW w:type="dxa" w:w="2880"/>
          </w:tcPr>
          <w:p>
            <w:r>
              <w:t>17.05.2023</w:t>
            </w:r>
          </w:p>
        </w:tc>
      </w:tr>
      <w:tr>
        <w:tc>
          <w:tcPr>
            <w:tcW w:type="dxa" w:w="2880"/>
          </w:tcPr>
          <w:p>
            <w:r>
              <w:t>5345.</w:t>
            </w:r>
          </w:p>
        </w:tc>
        <w:tc>
          <w:tcPr>
            <w:tcW w:type="dxa" w:w="2880"/>
          </w:tcPr>
          <w:p>
            <w:r>
              <w:t>Информационный материал – текст аудиозаписи группы Outlaw Heroes Standing под названием «Смерть РУССКИМ гнидам!!!», начинающийся словами: «Hardcore. Смерть русским. Я ненавижу русских, я за арийцев, я ненавижу русских, я за арийцев. Пора уничтожать всех ветеранов Войны, чтобы не было больше русских…», заканчивающийся словами: «смерть русским гнидам. Зиг хай» (решение Ленинского районного суда г. Тамбова от 04.04.2023);</w:t>
            </w:r>
          </w:p>
        </w:tc>
        <w:tc>
          <w:tcPr>
            <w:tcW w:type="dxa" w:w="2880"/>
          </w:tcPr>
          <w:p>
            <w:r>
              <w:t>13.06.2023</w:t>
            </w:r>
          </w:p>
        </w:tc>
      </w:tr>
      <w:tr>
        <w:tc>
          <w:tcPr>
            <w:tcW w:type="dxa" w:w="2880"/>
          </w:tcPr>
          <w:p>
            <w:r>
              <w:t>5346.</w:t>
            </w:r>
          </w:p>
        </w:tc>
        <w:tc>
          <w:tcPr>
            <w:tcW w:type="dxa" w:w="2880"/>
          </w:tcPr>
          <w:p>
            <w:r>
              <w:t>Книга «Евангелие от Елизаветы» Николая Моностона (144 с., Белгород, 2016, издательство ООО «Наследие», отпечатано в типографии «Константа»), за исключением цитат в ней из Библии (решение Октябрьского районного суда г. Белгорода от 17.02.2023 и апелляционное определение судебной коллегии по административным делам Белгородского областного суда от 04.05.2023);</w:t>
            </w:r>
          </w:p>
        </w:tc>
        <w:tc>
          <w:tcPr>
            <w:tcW w:type="dxa" w:w="2880"/>
          </w:tcPr>
          <w:p>
            <w:r>
              <w:t>22.06.2023</w:t>
            </w:r>
          </w:p>
        </w:tc>
      </w:tr>
      <w:tr>
        <w:tc>
          <w:tcPr>
            <w:tcW w:type="dxa" w:w="2880"/>
          </w:tcPr>
          <w:p>
            <w:r>
              <w:t>5347.</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5348.</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5349.</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5350.</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5351.</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5352.</w:t>
            </w:r>
          </w:p>
        </w:tc>
        <w:tc>
          <w:tcPr>
            <w:tcW w:type="dxa" w:w="2880"/>
          </w:tcPr>
          <w:p>
            <w:r>
              <w:t>Информационный материал: аудиозапись исполнителя «Жека Басотский – АУЕ всем нашим пацанам» продолжительностью около 4 минут 32 секунд, которая начинается звуками музыки и русскими словами песни «АУЕ всем пацанам…» и заканчивается словами «православным привет, мусульманам салам, а всем дырявым лоукик и двойку по зубам», исполняемой мужским голосом, содержащейся в информационно-коммуникационной сети «Интернет» (решение Центрального районного суда г. Хабаровска от 13.02.2023);</w:t>
            </w:r>
          </w:p>
        </w:tc>
        <w:tc>
          <w:tcPr>
            <w:tcW w:type="dxa" w:w="2880"/>
          </w:tcPr>
          <w:p>
            <w:r>
              <w:t>29.06.2023</w:t>
            </w:r>
          </w:p>
        </w:tc>
      </w:tr>
      <w:tr>
        <w:tc>
          <w:tcPr>
            <w:tcW w:type="dxa" w:w="2880"/>
          </w:tcPr>
          <w:p>
            <w:r>
              <w:t>5353.</w:t>
            </w:r>
          </w:p>
        </w:tc>
        <w:tc>
          <w:tcPr>
            <w:tcW w:type="dxa" w:w="2880"/>
          </w:tcPr>
          <w:p>
            <w:r>
              <w:t>Информационный материал – аудиозапись (песня) исполнителя The Fishez с наименованием «Колумбайн» продолжительностью около 02 минут 23 секунд, которая начинается словами, исполняемыми мужским голосом под музыку: «Колумбайн, колумбайн, я устрою колумбайн…» и заканчивается словами «… и тебе лучше не знать, что я делал этой ночью, сын», размещенный в информационно-телекоммуникационной сети «Интернет» (решение Североморского районного суда Мурманской области от 11.05.2023);</w:t>
            </w:r>
          </w:p>
        </w:tc>
        <w:tc>
          <w:tcPr>
            <w:tcW w:type="dxa" w:w="2880"/>
          </w:tcPr>
          <w:p>
            <w:r>
              <w:t>17.07.2023</w:t>
            </w:r>
          </w:p>
        </w:tc>
      </w:tr>
      <w:tr>
        <w:tc>
          <w:tcPr>
            <w:tcW w:type="dxa" w:w="2880"/>
          </w:tcPr>
          <w:p>
            <w:r>
              <w:t>5354.</w:t>
            </w:r>
          </w:p>
        </w:tc>
        <w:tc>
          <w:tcPr>
            <w:tcW w:type="dxa" w:w="2880"/>
          </w:tcPr>
          <w:p>
            <w:r>
              <w:t>Информационный материал в виде аудиозаписи исполнителя Околорэп с названием «Лет через 10» продолжительностью около 01 минуты 06 секунд, которая начинается русскими словами, исполняемыми мужским голосом под музыку: «Пацаны, ходите прикол?», заканчивается словами «… всем своим «зигуем» молодым и старым, совсем (нецензурное выражение) стал», содержащейся в информационно-коммуникационной сети «Интернет» (решение Североморского районного суда Мурманской области от 23.05.2023);</w:t>
            </w:r>
          </w:p>
        </w:tc>
        <w:tc>
          <w:tcPr>
            <w:tcW w:type="dxa" w:w="2880"/>
          </w:tcPr>
          <w:p>
            <w:r>
              <w:t>28.07.2023</w:t>
            </w:r>
          </w:p>
        </w:tc>
      </w:tr>
      <w:tr>
        <w:tc>
          <w:tcPr>
            <w:tcW w:type="dxa" w:w="2880"/>
          </w:tcPr>
          <w:p>
            <w:r>
              <w:t>5355.</w:t>
            </w:r>
          </w:p>
        </w:tc>
        <w:tc>
          <w:tcPr>
            <w:tcW w:type="dxa" w:w="2880"/>
          </w:tcPr>
          <w:p>
            <w:r>
              <w:t>Информационный материал – аудиозапись (песня) исполнителя dmtboy с наименованием «Колумбайн» продолжительностью около 02 минут 15 секунд, которая начинается словами, исполняемыми мужским голосом под музыку: «Колумбайн. Колумбайн…», заканчивается словами «Я взрываю бомбу в классе первый «А», содержащаяся в информационно-коммуникационной сети «Интернет» (решение Полярного районного суда Мурманской области от 16.05.2023);</w:t>
            </w:r>
          </w:p>
        </w:tc>
        <w:tc>
          <w:tcPr>
            <w:tcW w:type="dxa" w:w="2880"/>
          </w:tcPr>
          <w:p>
            <w:r>
              <w:t>28.07.2023</w:t>
            </w:r>
          </w:p>
        </w:tc>
      </w:tr>
      <w:tr>
        <w:tc>
          <w:tcPr>
            <w:tcW w:type="dxa" w:w="2880"/>
          </w:tcPr>
          <w:p>
            <w:r>
              <w:t>5356.</w:t>
            </w:r>
          </w:p>
        </w:tc>
        <w:tc>
          <w:tcPr>
            <w:tcW w:type="dxa" w:w="2880"/>
          </w:tcPr>
          <w:p>
            <w:r>
              <w:t>Информационный материал – аудиозапись и текст музыкальной композиции под названием «Молочные продукты – Вали Хачей» (иное название – «Группа Волк – Вали Хачей»), продолжительностью от 01 мин. 46 сек., начинающаяся словами: «Эх … слишком много в России, Всю мою Родину хачи населили…» и заканчивающаяся словами: «…Черно…ые уроды! Черно…ые уроды!» (решение Железнодорожного районного суда г. Пензы от 12.05.2023);</w:t>
            </w:r>
          </w:p>
        </w:tc>
        <w:tc>
          <w:tcPr>
            <w:tcW w:type="dxa" w:w="2880"/>
          </w:tcPr>
          <w:p>
            <w:r>
              <w:t>28.07.2023</w:t>
            </w:r>
          </w:p>
        </w:tc>
      </w:tr>
      <w:tr>
        <w:tc>
          <w:tcPr>
            <w:tcW w:type="dxa" w:w="2880"/>
          </w:tcPr>
          <w:p>
            <w:r>
              <w:t>5357.</w:t>
            </w:r>
          </w:p>
        </w:tc>
        <w:tc>
          <w:tcPr>
            <w:tcW w:type="dxa" w:w="2880"/>
          </w:tcPr>
          <w:p>
            <w:r>
              <w:t>Видеозапись «П***н – это существо, которое надо пристрелить – Кирилл Барабаш», начинающаяся словами «Если говорить про офицеров кадровых…», заканчивающаяся словами «пока мы сами не организуемся с самого низу, ничего не изменится», продолжительностью 3 минуты 18 секунд (решение Куртамышского районного суда Курганской области от 30.05.2023);</w:t>
            </w:r>
          </w:p>
        </w:tc>
        <w:tc>
          <w:tcPr>
            <w:tcW w:type="dxa" w:w="2880"/>
          </w:tcPr>
          <w:p>
            <w:r>
              <w:t>03.08.2023</w:t>
            </w:r>
          </w:p>
        </w:tc>
      </w:tr>
      <w:tr>
        <w:tc>
          <w:tcPr>
            <w:tcW w:type="dxa" w:w="2880"/>
          </w:tcPr>
          <w:p>
            <w:r>
              <w:t>5358.</w:t>
            </w:r>
          </w:p>
        </w:tc>
        <w:tc>
          <w:tcPr>
            <w:tcW w:type="dxa" w:w="2880"/>
          </w:tcPr>
          <w:p>
            <w:r>
              <w:t>Видеозапись «К.Барабаш» разносит жидовскую банду П****а», начинающаяся словами «Дорогие друзья, товарищи, здравствуйте …», заканчивающаяся словами «А как спросить? Законопроект есть о суде народа над властью. Спасибо», продолжительностью 7 минут 21 секунда (решение Куртамышского районного суда Курганской области от 30.05.2023);</w:t>
            </w:r>
          </w:p>
        </w:tc>
        <w:tc>
          <w:tcPr>
            <w:tcW w:type="dxa" w:w="2880"/>
          </w:tcPr>
          <w:p>
            <w:r>
              <w:t>03.08.2023</w:t>
            </w:r>
          </w:p>
        </w:tc>
      </w:tr>
      <w:tr>
        <w:tc>
          <w:tcPr>
            <w:tcW w:type="dxa" w:w="2880"/>
          </w:tcPr>
          <w:p>
            <w:r>
              <w:t>5359.</w:t>
            </w:r>
          </w:p>
        </w:tc>
        <w:tc>
          <w:tcPr>
            <w:tcW w:type="dxa" w:w="2880"/>
          </w:tcPr>
          <w:p>
            <w:r>
              <w:t>Видеозапись «В России Стали Избивать Полицаев. ЗА ЧТООО такое П****у», начинающаяся словами «Очень странные дела с начала этого года стали происходить в России», заканчивающаяся словами «На что вы готовы пойти, чтобы П***н ушел? На убийство его», продолжительностью 6 минут 42 секунды (решение Куртамышского районного суда Курганской области от 30.05.2023);</w:t>
            </w:r>
          </w:p>
        </w:tc>
        <w:tc>
          <w:tcPr>
            <w:tcW w:type="dxa" w:w="2880"/>
          </w:tcPr>
          <w:p>
            <w:r>
              <w:t>03.08.2023</w:t>
            </w:r>
          </w:p>
        </w:tc>
      </w:tr>
      <w:tr>
        <w:tc>
          <w:tcPr>
            <w:tcW w:type="dxa" w:w="2880"/>
          </w:tcPr>
          <w:p>
            <w:r>
              <w:t>5360.</w:t>
            </w:r>
          </w:p>
        </w:tc>
        <w:tc>
          <w:tcPr>
            <w:tcW w:type="dxa" w:w="2880"/>
          </w:tcPr>
          <w:p>
            <w:r>
              <w:t>[Аудиозапись] исполнителя «Молот Родины» под названием «Да здравствует Белая Раса» длительностью 3 мин. 29 сек., начинающаяся со слов: «Война. В больших городах…», и заканчивающаяся словами: «…Да здравствует белая раса и религиозный террор!», размещенная в сети «Интернет» (решение Центрального районного суда г. Тулы от 22.05.2023);</w:t>
            </w:r>
          </w:p>
        </w:tc>
        <w:tc>
          <w:tcPr>
            <w:tcW w:type="dxa" w:w="2880"/>
          </w:tcPr>
          <w:p>
            <w:r>
              <w:t>04.08.2023</w:t>
            </w:r>
          </w:p>
        </w:tc>
      </w:tr>
      <w:tr>
        <w:tc>
          <w:tcPr>
            <w:tcW w:type="dxa" w:w="2880"/>
          </w:tcPr>
          <w:p>
            <w:r>
              <w:t>5361.</w:t>
            </w:r>
          </w:p>
        </w:tc>
        <w:tc>
          <w:tcPr>
            <w:tcW w:type="dxa" w:w="2880"/>
          </w:tcPr>
          <w:p>
            <w:r>
              <w:t>Печатный текст, имеющий наименование «Декларация «О государственной независимости Республики Калмыкия» и дату «26.10.2022», который начинается со слов: «У ойратов в истории было несколько суверенных государств…» и заканчивается словами: «Конгресс ойрат-калмыцкого народа обращается ко всем государствам мира, правительствам и парламентам с призывом признать необходимость освобождения ойрат-калмыцкого народа от колониального гнета Российской империи и его законное право на самоопределение и создание независимого государства. Да восторжествует справедливость!» (решение Элистинского городского суда Республики Калмыкия от 02.06.2023);</w:t>
            </w:r>
          </w:p>
        </w:tc>
        <w:tc>
          <w:tcPr>
            <w:tcW w:type="dxa" w:w="2880"/>
          </w:tcPr>
          <w:p>
            <w:r>
              <w:t>04.08.2023</w:t>
            </w:r>
          </w:p>
        </w:tc>
      </w:tr>
      <w:tr>
        <w:tc>
          <w:tcPr>
            <w:tcW w:type="dxa" w:w="2880"/>
          </w:tcPr>
          <w:p>
            <w:r>
              <w:t>5362.</w:t>
            </w:r>
          </w:p>
        </w:tc>
        <w:tc>
          <w:tcPr>
            <w:tcW w:type="dxa" w:w="2880"/>
          </w:tcPr>
          <w:p>
            <w:r>
              <w:t xml:space="preserve">Информационный материал – аудиозапись исполнителя Le_Da_Vi с названием «Мусорам (ft. Гончарик [Живущие Рэпом]», продолжительностью около 03 минут 55 секунд, которая начинается словами на русском языке, исполняемым мужским голосом под музыку: «Ноги вели по дороге…», заканчивается </w:t>
              <w:br/>
              <w:br/>
              <w:t>словами «…мусорам – fuck you», содержащаяся в информационно-телекоммуникационной сети «Интернет» (решение Североморского районного суда Мурманской области от 07.06.2023);</w:t>
            </w:r>
          </w:p>
        </w:tc>
        <w:tc>
          <w:tcPr>
            <w:tcW w:type="dxa" w:w="2880"/>
          </w:tcPr>
          <w:p>
            <w:r>
              <w:t>10.08.2023</w:t>
            </w:r>
          </w:p>
        </w:tc>
      </w:tr>
      <w:tr>
        <w:tc>
          <w:tcPr>
            <w:tcW w:type="dxa" w:w="2880"/>
          </w:tcPr>
          <w:p>
            <w:r>
              <w:t>5363.</w:t>
            </w:r>
          </w:p>
        </w:tc>
        <w:tc>
          <w:tcPr>
            <w:tcW w:type="dxa" w:w="2880"/>
          </w:tcPr>
          <w:p>
            <w:r>
              <w:t>Информационный материал, представленный в виде статьи с заголовком «Он не остановится, пока его не остановят», начинающейся со слов «В феврале стало совершенно ясно…» и заканчивающейся словами «…и не бояться ни штрафов ни тюрьмы. На кону наша жизнь», размещенной в выпуске № 9 (1511) газеты «Арсеньевские вести», вышедшем в свет 02.03.2022 (решение Фрунзенского районного суда г. Владивостока Приморского края от 10.06.2022, апелляционное определение судебной коллегии по административным делам Приморского краевого суда от 12.10.2022 и кассационное определение судебной коллегии по административным делам Девятого кассационного суда общей юрисдикции от 25.01.2023);</w:t>
            </w:r>
          </w:p>
        </w:tc>
        <w:tc>
          <w:tcPr>
            <w:tcW w:type="dxa" w:w="2880"/>
          </w:tcPr>
          <w:p>
            <w:r>
              <w:t>11.08.2023</w:t>
            </w:r>
          </w:p>
        </w:tc>
      </w:tr>
      <w:tr>
        <w:tc>
          <w:tcPr>
            <w:tcW w:type="dxa" w:w="2880"/>
          </w:tcPr>
          <w:p>
            <w:r>
              <w:t>5364.</w:t>
            </w:r>
          </w:p>
        </w:tc>
        <w:tc>
          <w:tcPr>
            <w:tcW w:type="dxa" w:w="2880"/>
          </w:tcPr>
          <w:p>
            <w:r>
              <w:t>Видеофайл «Схиигумен Сергий обратился к Путину! Почему Вы молчите?», продолжительность 18 минут 30 секунд, начинается словами: «Дорогие отцы, браться и сестры! Святейший Патриарх Московский и всея Руси»…., заканчивается словами: «…Молитесь – Родина в опасности! Последнее слово за Богом!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5365.</w:t>
            </w:r>
          </w:p>
        </w:tc>
        <w:tc>
          <w:tcPr>
            <w:tcW w:type="dxa" w:w="2880"/>
          </w:tcPr>
          <w:p>
            <w:r>
              <w:t>Видеофайл «Кто посягает на закрытие храмов – анафема_Схиигумен Сергий» «Проповедь Романова Н.В. от 25.04.2020», продолжительность 17 минут 3 секунды, начинается словами: «Как могло случиться, что мы превратились из православных в неверных…», заканчивается словами: «…христоубийцы понесут свое. Рано…рано радуетесь. враги Христовы. Бог поругаем не бывает. Мы,  русские, с нами Бог! Царь православный среди нас! Богу нашему слава! Ныне и присно и во веки веков!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5366.</w:t>
            </w:r>
          </w:p>
        </w:tc>
        <w:tc>
          <w:tcPr>
            <w:tcW w:type="dxa" w:w="2880"/>
          </w:tcPr>
          <w:p>
            <w:r>
              <w:t>Видеофайл «Надо бояться только Бога», продолжительность 20 минут 20 секунд, начинается словами: «Сегодня церковь празднует день Святой Троицы Пятидесятницы…», заканчивается словами: «…Да поможет нам всем в этом Господь Бог!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5367.</w:t>
            </w:r>
          </w:p>
        </w:tc>
        <w:tc>
          <w:tcPr>
            <w:tcW w:type="dxa" w:w="2880"/>
          </w:tcPr>
          <w:p>
            <w:r>
              <w:t>Видеофайл «Священник проклял Путина и призвал выдворить его в Биробиджан», продолжительность 10 минут 35 секунд (решение Верхнепышминского городского суда Свердловской области от 10.01.2023);</w:t>
            </w:r>
          </w:p>
        </w:tc>
        <w:tc>
          <w:tcPr>
            <w:tcW w:type="dxa" w:w="2880"/>
          </w:tcPr>
          <w:p>
            <w:r>
              <w:t>31.08.2023</w:t>
            </w:r>
          </w:p>
        </w:tc>
      </w:tr>
      <w:tr>
        <w:tc>
          <w:tcPr>
            <w:tcW w:type="dxa" w:w="2880"/>
          </w:tcPr>
          <w:p>
            <w:r>
              <w:t>5368.</w:t>
            </w:r>
          </w:p>
        </w:tc>
        <w:tc>
          <w:tcPr>
            <w:tcW w:type="dxa" w:w="2880"/>
          </w:tcPr>
          <w:p>
            <w:r>
              <w:t>Видеофайл «Схиигумен Сергий (Романов) – от РСФСР к Святой России», продолжительность 6 минут 52 секунды, начинающийся словами: «Боль в сердце моем напоминает нам и мне о могучей державе…», заканчивается словами: «…Ответьте мне на вопрос, русские и все национальности мира, - Кто правит вами, кто правит Россией?» (решение Верхнепышминского городского суда Свердловской области от 10.01.2023);</w:t>
            </w:r>
          </w:p>
        </w:tc>
        <w:tc>
          <w:tcPr>
            <w:tcW w:type="dxa" w:w="2880"/>
          </w:tcPr>
          <w:p>
            <w:r>
              <w:t>31.08.2023</w:t>
            </w:r>
          </w:p>
        </w:tc>
      </w:tr>
      <w:tr>
        <w:tc>
          <w:tcPr>
            <w:tcW w:type="dxa" w:w="2880"/>
          </w:tcPr>
          <w:p>
            <w:r>
              <w:t>5369.</w:t>
            </w:r>
          </w:p>
        </w:tc>
        <w:tc>
          <w:tcPr>
            <w:tcW w:type="dxa" w:w="2880"/>
          </w:tcPr>
          <w:p>
            <w:r>
              <w:t>Видеофайл «Ответ схиигумена Сергия (Романова), записан Романовым Н.В. по поводу церковного суда в отношении его.  Начинается словами: «Дорогие отцы, братья и сестры! Много кривотолков на данный момент ходит вокруг моего имени…», заканчивается словами: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5370.</w:t>
            </w:r>
          </w:p>
        </w:tc>
        <w:tc>
          <w:tcPr>
            <w:tcW w:type="dxa" w:w="2880"/>
          </w:tcPr>
          <w:p>
            <w:r>
              <w:t>Видеофайл «Схиигумен Сергий. Путин, Ленин и стрельба на Лубянке», продолжительность 30 минут 5 секунд, начинается словами: «Дорогие отцы, братья и сестры с праздником! – С праздником, отец Сергий! Некоторые русские старцы говорили, что антихрист придет из России…», заканчивается словами: «…Где Бог – там победа! Аминь!» (решение Верхнепышминского городского суда Свердловской области от 10.01.2023);</w:t>
            </w:r>
          </w:p>
        </w:tc>
        <w:tc>
          <w:tcPr>
            <w:tcW w:type="dxa" w:w="2880"/>
          </w:tcPr>
          <w:p>
            <w:r>
              <w:t>31.08.2023</w:t>
            </w:r>
          </w:p>
        </w:tc>
      </w:tr>
      <w:tr>
        <w:tc>
          <w:tcPr>
            <w:tcW w:type="dxa" w:w="2880"/>
          </w:tcPr>
          <w:p>
            <w:r>
              <w:t>5371.</w:t>
            </w:r>
          </w:p>
        </w:tc>
        <w:tc>
          <w:tcPr>
            <w:tcW w:type="dxa" w:w="2880"/>
          </w:tcPr>
          <w:p>
            <w:r>
              <w:t>Видеофайл «Схиигумен Сергий Романов – Иуды/Видео после церковного суда», продолжительность 9 минут  56 секунд, начинается словами: «Дорогие отцы и братья всех национальностей. Обращаюсь ко всем вам внимательно прослушать мою проповедь», заканчивается словами: «…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5372.</w:t>
            </w:r>
          </w:p>
        </w:tc>
        <w:tc>
          <w:tcPr>
            <w:tcW w:type="dxa" w:w="2880"/>
          </w:tcPr>
          <w:p>
            <w:r>
              <w:t>Распространенный в сети «Интернет» информационный материал – видео-, аудиозапись и текст песни исполнителя THRIP XANNY с наименованием «Колумбайн» продолжительностью около 2 минут 00 секунд, которая начинается словами, исполняемым мужским голосом под музыку: «Залетаю в школу – одноклассника по стенам…», заканчивается словами: «В 11:00 разбил я кафетерий» (решение Кольского районного суда Мурманской области (постоянное судебное присутствие в закрытом административно-территориальном образовании городе Заозерск Мурманской области) от 06.07.2023);</w:t>
            </w:r>
          </w:p>
        </w:tc>
        <w:tc>
          <w:tcPr>
            <w:tcW w:type="dxa" w:w="2880"/>
          </w:tcPr>
          <w:p>
            <w:r>
              <w:t>31.08.2023</w:t>
            </w:r>
          </w:p>
        </w:tc>
      </w:tr>
      <w:tr>
        <w:tc>
          <w:tcPr>
            <w:tcW w:type="dxa" w:w="2880"/>
          </w:tcPr>
          <w:p>
            <w:r>
              <w:t>5373.</w:t>
            </w:r>
          </w:p>
        </w:tc>
        <w:tc>
          <w:tcPr>
            <w:tcW w:type="dxa" w:w="2880"/>
          </w:tcPr>
          <w:p>
            <w:r>
              <w:t>Видеоролик с наименованием «Сценарий: Распад России//Выход Калмыкии и Бурятии», имеющий длительность 43 мин. 15 сек., который начинается со слов «Доржо здравствуйте! Я Вас немножко представлю, вы меня поправляйте, если что – не верно..» и заканчивается словами: «За это вам огромное спасибо, что вы разработали, разрабатываете одну из возможных программ, что у народа будет выбор. Спасибо большое, что ответили на все мои вопросы, что были искренни. Благодарю Вас» (решение Элистинского городского суда Республики Калмыкия от 16.06.2023);</w:t>
            </w:r>
          </w:p>
        </w:tc>
        <w:tc>
          <w:tcPr>
            <w:tcW w:type="dxa" w:w="2880"/>
          </w:tcPr>
          <w:p>
            <w:r>
              <w:t>14.09.2023</w:t>
            </w:r>
          </w:p>
        </w:tc>
      </w:tr>
      <w:tr>
        <w:tc>
          <w:tcPr>
            <w:tcW w:type="dxa" w:w="2880"/>
          </w:tcPr>
          <w:p>
            <w:r>
              <w:t>5374.</w:t>
            </w:r>
          </w:p>
        </w:tc>
        <w:tc>
          <w:tcPr>
            <w:tcW w:type="dxa" w:w="2880"/>
          </w:tcPr>
          <w:p>
            <w:r>
              <w:t>Текст книги «Siege» («Осада»), опубликованной 05.09.2017 в электронном формате на 527 страницах (3-е издание) под авторством Джеймса Мейсона (Мэйсона) (решение Приморского районного суда Санкт-Петербурга от 03.07.2023);</w:t>
            </w:r>
          </w:p>
        </w:tc>
        <w:tc>
          <w:tcPr>
            <w:tcW w:type="dxa" w:w="2880"/>
          </w:tcPr>
          <w:p>
            <w:r>
              <w:t>26.09.2023</w:t>
            </w:r>
          </w:p>
        </w:tc>
      </w:tr>
      <w:tr>
        <w:tc>
          <w:tcPr>
            <w:tcW w:type="dxa" w:w="2880"/>
          </w:tcPr>
          <w:p>
            <w:r>
              <w:t>5375.</w:t>
            </w:r>
          </w:p>
        </w:tc>
        <w:tc>
          <w:tcPr>
            <w:tcW w:type="dxa" w:w="2880"/>
          </w:tcPr>
          <w:p>
            <w:r>
              <w:t>Стихотворение Юрия Нестеренко с названием «Русским оккупантам», которое начинается со слов: «Как вы будете драпать, с…ки!...», заканчивается словами: «А в бомжи или в грузы 200 – Это, с…ки, как повезет.» (решение Сыктывкарского городского суда Республики Коми от 02.08.2023);</w:t>
            </w:r>
          </w:p>
        </w:tc>
        <w:tc>
          <w:tcPr>
            <w:tcW w:type="dxa" w:w="2880"/>
          </w:tcPr>
          <w:p>
            <w:r>
              <w:t>26.09.2023</w:t>
            </w:r>
          </w:p>
        </w:tc>
      </w:tr>
      <w:tr>
        <w:tc>
          <w:tcPr>
            <w:tcW w:type="dxa" w:w="2880"/>
          </w:tcPr>
          <w:p>
            <w:r>
              <w:t>5376.</w:t>
            </w:r>
          </w:p>
        </w:tc>
        <w:tc>
          <w:tcPr>
            <w:tcW w:type="dxa" w:w="2880"/>
          </w:tcPr>
          <w:p>
            <w:r>
              <w:t>Аудиозапись и текст песни с названием «Выйди на улицу» продолжительностью 1 мин. 43 сек., которая начинается словами «Черные подвалы, обосс…е чердаки…» и заканчивается словами «Выйди на улицу, верни себе город!» (решение Калужского районного суда Калужской области от 03.05.2023);</w:t>
            </w:r>
          </w:p>
        </w:tc>
        <w:tc>
          <w:tcPr>
            <w:tcW w:type="dxa" w:w="2880"/>
          </w:tcPr>
          <w:p>
            <w:r>
              <w:t>11.10.2023</w:t>
            </w:r>
          </w:p>
        </w:tc>
      </w:tr>
      <w:tr>
        <w:tc>
          <w:tcPr>
            <w:tcW w:type="dxa" w:w="2880"/>
          </w:tcPr>
          <w:p>
            <w:r>
              <w:t>5377.</w:t>
            </w:r>
          </w:p>
        </w:tc>
        <w:tc>
          <w:tcPr>
            <w:tcW w:type="dxa" w:w="2880"/>
          </w:tcPr>
          <w:p>
            <w:r>
              <w:t>Аудиозапись и текст песни с названием «Обывалам» продолжительностью 2 мин. 06 сек., которая начинается словами «Ваши мысли о том, чтобы денег собрать…» и заканчивается словами «Пусть на убой он идет со стадом и от удара ногой, подумай головой» (решение Калужского районного суда Калужской области от 03.05.2023);</w:t>
            </w:r>
          </w:p>
        </w:tc>
        <w:tc>
          <w:tcPr>
            <w:tcW w:type="dxa" w:w="2880"/>
          </w:tcPr>
          <w:p>
            <w:r>
              <w:t>11.10.2023</w:t>
            </w:r>
          </w:p>
        </w:tc>
      </w:tr>
      <w:tr>
        <w:tc>
          <w:tcPr>
            <w:tcW w:type="dxa" w:w="2880"/>
          </w:tcPr>
          <w:p>
            <w:r>
              <w:t>5378.</w:t>
            </w:r>
          </w:p>
        </w:tc>
        <w:tc>
          <w:tcPr>
            <w:tcW w:type="dxa" w:w="2880"/>
          </w:tcPr>
          <w:p>
            <w:r>
              <w:t>Аудиозапись и текст песни без названия продолжительностью 1 мин. 09 сек., которая начинается словами «Тебя еб…т прямо в центре, в карман подкинут наркоту…» и заканчивается словами «Твоя страна-твоя могила, твой город-твой морг» (решение Калужского районного суда Калужской области от 03.05.2023);</w:t>
            </w:r>
          </w:p>
        </w:tc>
        <w:tc>
          <w:tcPr>
            <w:tcW w:type="dxa" w:w="2880"/>
          </w:tcPr>
          <w:p>
            <w:r>
              <w:t>11.10.2023</w:t>
            </w:r>
          </w:p>
        </w:tc>
      </w:tr>
      <w:tr>
        <w:tc>
          <w:tcPr>
            <w:tcW w:type="dxa" w:w="2880"/>
          </w:tcPr>
          <w:p>
            <w:r>
              <w:t>5379.</w:t>
            </w:r>
          </w:p>
        </w:tc>
        <w:tc>
          <w:tcPr>
            <w:tcW w:type="dxa" w:w="2880"/>
          </w:tcPr>
          <w:p>
            <w:r>
              <w:t>Видеофайл «Максим Базылев – Право решать» (решение Ленинского районного суда г. Екатеринбурга от 31.03.2023);</w:t>
            </w:r>
          </w:p>
        </w:tc>
        <w:tc>
          <w:tcPr>
            <w:tcW w:type="dxa" w:w="2880"/>
          </w:tcPr>
          <w:p>
            <w:r>
              <w:t>11.10.2023</w:t>
            </w:r>
          </w:p>
        </w:tc>
      </w:tr>
      <w:tr>
        <w:tc>
          <w:tcPr>
            <w:tcW w:type="dxa" w:w="2880"/>
          </w:tcPr>
          <w:p>
            <w:r>
              <w:t>5380.</w:t>
            </w:r>
          </w:p>
        </w:tc>
        <w:tc>
          <w:tcPr>
            <w:tcW w:type="dxa" w:w="2880"/>
          </w:tcPr>
          <w:p>
            <w:r>
              <w:t>«Русский стяг – Правильная речь» (решение Ленинского районного суда г. Екатеринбурга от 31.03.2023);</w:t>
            </w:r>
          </w:p>
        </w:tc>
        <w:tc>
          <w:tcPr>
            <w:tcW w:type="dxa" w:w="2880"/>
          </w:tcPr>
          <w:p>
            <w:r>
              <w:t>11.10.2023</w:t>
            </w:r>
          </w:p>
        </w:tc>
      </w:tr>
      <w:tr>
        <w:tc>
          <w:tcPr>
            <w:tcW w:type="dxa" w:w="2880"/>
          </w:tcPr>
          <w:p>
            <w:r>
              <w:t>5381.</w:t>
            </w:r>
          </w:p>
        </w:tc>
        <w:tc>
          <w:tcPr>
            <w:tcW w:type="dxa" w:w="2880"/>
          </w:tcPr>
          <w:p>
            <w:r>
              <w:t>Аудиофайл «Русский стяг – РОА» (решение Ленинского районного суда г. Екатеринбурга от 31.03.2023);</w:t>
            </w:r>
          </w:p>
        </w:tc>
        <w:tc>
          <w:tcPr>
            <w:tcW w:type="dxa" w:w="2880"/>
          </w:tcPr>
          <w:p>
            <w:r>
              <w:t>11.10.2023</w:t>
            </w:r>
          </w:p>
        </w:tc>
      </w:tr>
      <w:tr>
        <w:tc>
          <w:tcPr>
            <w:tcW w:type="dxa" w:w="2880"/>
          </w:tcPr>
          <w:p>
            <w:r>
              <w:t>5382.</w:t>
            </w:r>
          </w:p>
        </w:tc>
        <w:tc>
          <w:tcPr>
            <w:tcW w:type="dxa" w:w="2880"/>
          </w:tcPr>
          <w:p>
            <w:r>
              <w:t>Текстовый документ «Дмитрий Честный – Огонь!.doc» (решение Ленинского районного суда г. Екатеринбурга от 31.03.2023);</w:t>
            </w:r>
          </w:p>
        </w:tc>
        <w:tc>
          <w:tcPr>
            <w:tcW w:type="dxa" w:w="2880"/>
          </w:tcPr>
          <w:p>
            <w:r>
              <w:t>11.10.2023</w:t>
            </w:r>
          </w:p>
        </w:tc>
      </w:tr>
      <w:tr>
        <w:tc>
          <w:tcPr>
            <w:tcW w:type="dxa" w:w="2880"/>
          </w:tcPr>
          <w:p>
            <w:r>
              <w:t>5383.</w:t>
            </w:r>
          </w:p>
        </w:tc>
        <w:tc>
          <w:tcPr>
            <w:tcW w:type="dxa" w:w="2880"/>
          </w:tcPr>
          <w:p>
            <w:r>
              <w:t>Текстовый документ «Дмитрий Честный – Становление.doc» (решение Ленинского районного суда г. Екатеринбурга от 31.03.2023);</w:t>
            </w:r>
          </w:p>
        </w:tc>
        <w:tc>
          <w:tcPr>
            <w:tcW w:type="dxa" w:w="2880"/>
          </w:tcPr>
          <w:p>
            <w:r>
              <w:t>11.10.2023</w:t>
            </w:r>
          </w:p>
        </w:tc>
      </w:tr>
      <w:tr>
        <w:tc>
          <w:tcPr>
            <w:tcW w:type="dxa" w:w="2880"/>
          </w:tcPr>
          <w:p>
            <w:r>
              <w:t>5384.</w:t>
            </w:r>
          </w:p>
        </w:tc>
        <w:tc>
          <w:tcPr>
            <w:tcW w:type="dxa" w:w="2880"/>
          </w:tcPr>
          <w:p>
            <w:r>
              <w:t>Текстовый документ «Дмитрий Честный – RussianWill.doc» (решение Ленинского районного суда г. Екатеринбурга от 31.03.2023);</w:t>
            </w:r>
          </w:p>
        </w:tc>
        <w:tc>
          <w:tcPr>
            <w:tcW w:type="dxa" w:w="2880"/>
          </w:tcPr>
          <w:p>
            <w:r>
              <w:t>11.10.2023</w:t>
            </w:r>
          </w:p>
        </w:tc>
      </w:tr>
      <w:tr>
        <w:tc>
          <w:tcPr>
            <w:tcW w:type="dxa" w:w="2880"/>
          </w:tcPr>
          <w:p>
            <w:r>
              <w:t>5385.</w:t>
            </w:r>
          </w:p>
        </w:tc>
        <w:tc>
          <w:tcPr>
            <w:tcW w:type="dxa" w:w="2880"/>
          </w:tcPr>
          <w:p>
            <w:r>
              <w:t>Текстовый документ «Скинхеды – Интервью. doc» (решение Ленинского районного суда г. Екатеринбурга от 31.03.2023);</w:t>
            </w:r>
          </w:p>
        </w:tc>
        <w:tc>
          <w:tcPr>
            <w:tcW w:type="dxa" w:w="2880"/>
          </w:tcPr>
          <w:p>
            <w:r>
              <w:t>11.10.2023</w:t>
            </w:r>
          </w:p>
        </w:tc>
      </w:tr>
      <w:tr>
        <w:tc>
          <w:tcPr>
            <w:tcW w:type="dxa" w:w="2880"/>
          </w:tcPr>
          <w:p>
            <w:r>
              <w:t>5386.</w:t>
            </w:r>
          </w:p>
        </w:tc>
        <w:tc>
          <w:tcPr>
            <w:tcW w:type="dxa" w:w="2880"/>
          </w:tcPr>
          <w:p>
            <w:r>
              <w:t>Текстовый документ «Памятка пропагандиста.doc» (решение Ленинского районного суда г. Екатеринбурга от 31.03.2023);</w:t>
            </w:r>
          </w:p>
        </w:tc>
        <w:tc>
          <w:tcPr>
            <w:tcW w:type="dxa" w:w="2880"/>
          </w:tcPr>
          <w:p>
            <w:r>
              <w:t>11.10.2023</w:t>
            </w:r>
          </w:p>
        </w:tc>
      </w:tr>
      <w:tr>
        <w:tc>
          <w:tcPr>
            <w:tcW w:type="dxa" w:w="2880"/>
          </w:tcPr>
          <w:p>
            <w:r>
              <w:t>5387.</w:t>
            </w:r>
          </w:p>
        </w:tc>
        <w:tc>
          <w:tcPr>
            <w:tcW w:type="dxa" w:w="2880"/>
          </w:tcPr>
          <w:p>
            <w:r>
              <w:t>Роман Дмитрия Нестерова «Скины: Русь пробуждается» (решение Ленинского районного суда г. Екатеринбурга от 31.03.2023);</w:t>
            </w:r>
          </w:p>
        </w:tc>
        <w:tc>
          <w:tcPr>
            <w:tcW w:type="dxa" w:w="2880"/>
          </w:tcPr>
          <w:p>
            <w:r>
              <w:t>11.10.2023</w:t>
            </w:r>
          </w:p>
        </w:tc>
      </w:tr>
      <w:tr>
        <w:tc>
          <w:tcPr>
            <w:tcW w:type="dxa" w:w="2880"/>
          </w:tcPr>
          <w:p>
            <w:r>
              <w:t>5388.</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правых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от 31.03.2023);</w:t>
            </w:r>
          </w:p>
        </w:tc>
        <w:tc>
          <w:tcPr>
            <w:tcW w:type="dxa" w:w="2880"/>
          </w:tcPr>
          <w:p>
            <w:r>
              <w:t>11.10.2023</w:t>
            </w:r>
          </w:p>
        </w:tc>
      </w:tr>
      <w:tr>
        <w:tc>
          <w:tcPr>
            <w:tcW w:type="dxa" w:w="2880"/>
          </w:tcPr>
          <w:p>
            <w:r>
              <w:t>5389.</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от 31.03.2023);</w:t>
            </w:r>
          </w:p>
        </w:tc>
        <w:tc>
          <w:tcPr>
            <w:tcW w:type="dxa" w:w="2880"/>
          </w:tcPr>
          <w:p>
            <w:r>
              <w:t>11.10.2023</w:t>
            </w:r>
          </w:p>
        </w:tc>
      </w:tr>
      <w:tr>
        <w:tc>
          <w:tcPr>
            <w:tcW w:type="dxa" w:w="2880"/>
          </w:tcPr>
          <w:p>
            <w:r>
              <w:t>5390.</w:t>
            </w:r>
          </w:p>
        </w:tc>
        <w:tc>
          <w:tcPr>
            <w:tcW w:type="dxa" w:w="2880"/>
          </w:tcPr>
          <w:p>
            <w:r>
              <w:t>2 аудиозаписи: «Железный порядок – Белые Шнурки», «Коловрат – Гордость За Расу И Нацию» (решение Ленинского районного суда г. Екатеринбурга от 31.03.2023);</w:t>
            </w:r>
          </w:p>
        </w:tc>
        <w:tc>
          <w:tcPr>
            <w:tcW w:type="dxa" w:w="2880"/>
          </w:tcPr>
          <w:p>
            <w:r>
              <w:t>11.10.2023</w:t>
            </w:r>
          </w:p>
        </w:tc>
      </w:tr>
      <w:tr>
        <w:tc>
          <w:tcPr>
            <w:tcW w:type="dxa" w:w="2880"/>
          </w:tcPr>
          <w:p>
            <w:r>
              <w:t>5391.</w:t>
            </w:r>
          </w:p>
        </w:tc>
        <w:tc>
          <w:tcPr>
            <w:tcW w:type="dxa" w:w="2880"/>
          </w:tcPr>
          <w:p>
            <w:r>
              <w:t>Запись, представляющая собой «репост» записи сообщества «КЛАН БЕЛОЙ КРОВИ», размещенная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 Лермонтов. НО ВСЕ ПОЧЕМУ – ТО ЗАПОМНИЛИ «я люблю Кавказ» (решение Ленинского районного суда г. Екатеринбурга от 31.03.2023);</w:t>
            </w:r>
          </w:p>
        </w:tc>
        <w:tc>
          <w:tcPr>
            <w:tcW w:type="dxa" w:w="2880"/>
          </w:tcPr>
          <w:p>
            <w:r>
              <w:t>11.10.2023</w:t>
            </w:r>
          </w:p>
        </w:tc>
      </w:tr>
      <w:tr>
        <w:tc>
          <w:tcPr>
            <w:tcW w:type="dxa" w:w="2880"/>
          </w:tcPr>
          <w:p>
            <w:r>
              <w:t>5392.</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размещенная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от 31.03.2023);</w:t>
            </w:r>
          </w:p>
        </w:tc>
        <w:tc>
          <w:tcPr>
            <w:tcW w:type="dxa" w:w="2880"/>
          </w:tcPr>
          <w:p>
            <w:r>
              <w:t>11.10.2023</w:t>
            </w:r>
          </w:p>
        </w:tc>
      </w:tr>
      <w:tr>
        <w:tc>
          <w:tcPr>
            <w:tcW w:type="dxa" w:w="2880"/>
          </w:tcPr>
          <w:p>
            <w:r>
              <w:t>5393.</w:t>
            </w:r>
          </w:p>
        </w:tc>
        <w:tc>
          <w:tcPr>
            <w:tcW w:type="dxa" w:w="2880"/>
          </w:tcPr>
          <w:p>
            <w:r>
              <w:t>Аудиозапись «Бритоголовые Идут – ДИВ – «Давай На Рынок» (решение Ленинского районного суда г. Екатеринбурга от 31.03.2023);</w:t>
            </w:r>
          </w:p>
        </w:tc>
        <w:tc>
          <w:tcPr>
            <w:tcW w:type="dxa" w:w="2880"/>
          </w:tcPr>
          <w:p>
            <w:r>
              <w:t>11.10.2023</w:t>
            </w:r>
          </w:p>
        </w:tc>
      </w:tr>
      <w:tr>
        <w:tc>
          <w:tcPr>
            <w:tcW w:type="dxa" w:w="2880"/>
          </w:tcPr>
          <w:p>
            <w:r>
              <w:t>5394.</w:t>
            </w:r>
          </w:p>
        </w:tc>
        <w:tc>
          <w:tcPr>
            <w:tcW w:type="dxa" w:w="2880"/>
          </w:tcPr>
          <w:p>
            <w:r>
              <w:t>Печатное издание: книга Я. Стецько «Двi революцii», м. Марiуполь, 2015, издательство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5395.</w:t>
            </w:r>
          </w:p>
        </w:tc>
        <w:tc>
          <w:tcPr>
            <w:tcW w:type="dxa" w:w="2880"/>
          </w:tcPr>
          <w:p>
            <w:r>
              <w:t>Печатное издание: книга Я. Оршан «Доба нацiоналiзму», м. Марiуполь, 2015, изданная при содействии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5396.</w:t>
            </w:r>
          </w:p>
        </w:tc>
        <w:tc>
          <w:tcPr>
            <w:tcW w:type="dxa" w:w="2880"/>
          </w:tcPr>
          <w:p>
            <w:r>
              <w:t>Стихотворение Струковой Марины без названия, начинающееся со слов «Россия – бесполезная страна…», заканчивающееся словами «Россия останавливать не станет.» (решение Центрального районного суда г. Красноярска от 01.08.2023);</w:t>
            </w:r>
          </w:p>
        </w:tc>
        <w:tc>
          <w:tcPr>
            <w:tcW w:type="dxa" w:w="2880"/>
          </w:tcPr>
          <w:p>
            <w:r>
              <w:t>13.11.2023</w:t>
            </w:r>
          </w:p>
        </w:tc>
      </w:tr>
      <w:tr>
        <w:tc>
          <w:tcPr>
            <w:tcW w:type="dxa" w:w="2880"/>
          </w:tcPr>
          <w:p>
            <w:r>
              <w:t>5397.</w:t>
            </w:r>
          </w:p>
        </w:tc>
        <w:tc>
          <w:tcPr>
            <w:tcW w:type="dxa" w:w="2880"/>
          </w:tcPr>
          <w:p>
            <w:r>
              <w:t>Стихотворение Струковой Марины под названием «Мы здесь», начинающееся со слов «Сердце рунами «зиг» пронизала гроза,…», заканчивающееся словами «Вы не ждали, а мы уже здесь.» (решение Центрального районного суда г. Красноярска от 01.08.2023);</w:t>
            </w:r>
          </w:p>
        </w:tc>
        <w:tc>
          <w:tcPr>
            <w:tcW w:type="dxa" w:w="2880"/>
          </w:tcPr>
          <w:p>
            <w:r>
              <w:t>13.11.2023</w:t>
            </w:r>
          </w:p>
        </w:tc>
      </w:tr>
      <w:tr>
        <w:tc>
          <w:tcPr>
            <w:tcW w:type="dxa" w:w="2880"/>
          </w:tcPr>
          <w:p>
            <w:r>
              <w:t>5398.</w:t>
            </w:r>
          </w:p>
        </w:tc>
        <w:tc>
          <w:tcPr>
            <w:tcW w:type="dxa" w:w="2880"/>
          </w:tcPr>
          <w:p>
            <w:r>
              <w:t>Стихотворение Струковой Марины под названием «Русскому скинхеду», начинающееся со слов «Застыла Россия в разрухе и голоде,…», заканчивающееся словами «За белые дни…» (решение Центрального районного суда г. Красноярска от 01.08.2023);</w:t>
            </w:r>
          </w:p>
        </w:tc>
        <w:tc>
          <w:tcPr>
            <w:tcW w:type="dxa" w:w="2880"/>
          </w:tcPr>
          <w:p>
            <w:r>
              <w:t>13.11.2023</w:t>
            </w:r>
          </w:p>
        </w:tc>
      </w:tr>
      <w:tr>
        <w:tc>
          <w:tcPr>
            <w:tcW w:type="dxa" w:w="2880"/>
          </w:tcPr>
          <w:p>
            <w:r>
              <w:t>5399.</w:t>
            </w:r>
          </w:p>
        </w:tc>
        <w:tc>
          <w:tcPr>
            <w:tcW w:type="dxa" w:w="2880"/>
          </w:tcPr>
          <w:p>
            <w:r>
              <w:t>Стихотворение Струковой Марины под названием «Офицеру-националисту», начинающееся со слов «Если мы покоримся, страну обречем,…», заканчивающееся словами «с медальоном SS ты идешь вдоль домов» (решение Центрального районного суда г. Красноярска от 01.08.2023);</w:t>
            </w:r>
          </w:p>
        </w:tc>
        <w:tc>
          <w:tcPr>
            <w:tcW w:type="dxa" w:w="2880"/>
          </w:tcPr>
          <w:p>
            <w:r>
              <w:t>13.11.2023</w:t>
            </w:r>
          </w:p>
        </w:tc>
      </w:tr>
      <w:tr>
        <w:tc>
          <w:tcPr>
            <w:tcW w:type="dxa" w:w="2880"/>
          </w:tcPr>
          <w:p>
            <w:r>
              <w:t>5400.</w:t>
            </w:r>
          </w:p>
        </w:tc>
        <w:tc>
          <w:tcPr>
            <w:tcW w:type="dxa" w:w="2880"/>
          </w:tcPr>
          <w:p>
            <w:r>
              <w:t>Стихотворение Струковой Марины под названием «Право на фашизм», начинающееся со слов «Давно зовут иуды-журналисты…», заканчивающееся словами «Будет вам награда за труды!» (решение Центрального районного суда г. Красноярска от 01.08.2023);</w:t>
            </w:r>
          </w:p>
        </w:tc>
        <w:tc>
          <w:tcPr>
            <w:tcW w:type="dxa" w:w="2880"/>
          </w:tcPr>
          <w:p>
            <w:r>
              <w:t>13.11.2023</w:t>
            </w:r>
          </w:p>
        </w:tc>
      </w:tr>
      <w:tr>
        <w:tc>
          <w:tcPr>
            <w:tcW w:type="dxa" w:w="2880"/>
          </w:tcPr>
          <w:p>
            <w:r>
              <w:t>5401.</w:t>
            </w:r>
          </w:p>
        </w:tc>
        <w:tc>
          <w:tcPr>
            <w:tcW w:type="dxa" w:w="2880"/>
          </w:tcPr>
          <w:p>
            <w:r>
              <w:t>Стихотворение Струковой Марины без названия, начинающееся со слов «Гордый мальчик, русый, сероглазый,…», заканчивающееся словами «и того, что в этом сила, брат.» (решение Центрального районного суда г. Красноярска от 01.08.2023);</w:t>
            </w:r>
          </w:p>
        </w:tc>
        <w:tc>
          <w:tcPr>
            <w:tcW w:type="dxa" w:w="2880"/>
          </w:tcPr>
          <w:p>
            <w:r>
              <w:t>13.11.2023</w:t>
            </w:r>
          </w:p>
        </w:tc>
      </w:tr>
      <w:tr>
        <w:tc>
          <w:tcPr>
            <w:tcW w:type="dxa" w:w="2880"/>
          </w:tcPr>
          <w:p>
            <w:r>
              <w:t>5402.</w:t>
            </w:r>
          </w:p>
        </w:tc>
        <w:tc>
          <w:tcPr>
            <w:tcW w:type="dxa" w:w="2880"/>
          </w:tcPr>
          <w:p>
            <w:r>
              <w:t>Информационный материал в виде видеозаписи с названием «Шамиль Басаев, Грозный 1994_1995г - Свобода или Смерть!!!» продолжительностью 4 минуты 22 секунды, которая начинается с изображения Шамиля Басаева (полевой командир чеченских бандформирований) у которого берется интервью, размещенной в информационно-коммуникационной сети «Интернет» (решение Солнечногорского городского суда Московской области от 11.07.2023 и определение Солнечногорского городского суда Московской области от 23.10.2023);</w:t>
            </w:r>
          </w:p>
        </w:tc>
        <w:tc>
          <w:tcPr>
            <w:tcW w:type="dxa" w:w="2880"/>
          </w:tcPr>
          <w:p>
            <w:r>
              <w:t>14.11.2023</w:t>
            </w:r>
          </w:p>
        </w:tc>
      </w:tr>
      <w:tr>
        <w:tc>
          <w:tcPr>
            <w:tcW w:type="dxa" w:w="2880"/>
          </w:tcPr>
          <w:p>
            <w:r>
              <w:t>5403.</w:t>
            </w:r>
          </w:p>
        </w:tc>
        <w:tc>
          <w:tcPr>
            <w:tcW w:type="dxa" w:w="2880"/>
          </w:tcPr>
          <w:p>
            <w:r>
              <w:t xml:space="preserve">Видеоматериал под названием «Добровольная могилизация и обмен азовцев на кума Путина», начинающийся и оканчивающийся словами «В России во всю идет мобилизация………………по сравнению </w:t>
              <w:br/>
              <w:br/>
              <w:t>с амбициями бункерного деда», продолжительностью 13 минут 36 секунд, размещенный в информационно-телекоммуникационной сети «Интернет» (решение Фрунзенского районного суда г. Владивостока от 15.09.2023);</w:t>
            </w:r>
          </w:p>
        </w:tc>
        <w:tc>
          <w:tcPr>
            <w:tcW w:type="dxa" w:w="2880"/>
          </w:tcPr>
          <w:p>
            <w:r>
              <w:t>15.11.2023</w:t>
            </w:r>
          </w:p>
        </w:tc>
      </w:tr>
      <w:tr>
        <w:tc>
          <w:tcPr>
            <w:tcW w:type="dxa" w:w="2880"/>
          </w:tcPr>
          <w:p>
            <w:r>
              <w:t>5404.</w:t>
            </w:r>
          </w:p>
        </w:tc>
        <w:tc>
          <w:tcPr>
            <w:tcW w:type="dxa" w:w="2880"/>
          </w:tcPr>
          <w:p>
            <w:r>
              <w:t>Информационный материал – аудиозапись и текст песни исполнителей Планыч и Огнеяр с названием «Погранцы», продолжительностью 04 минуты 40 секунд, которая начинается русскими словами, исполняемыми мужским голосом под музыку: «Подо мной мир чужой, надо мной мир иной…», заканчивается словами «…защитникам белого отечества»,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5405.</w:t>
            </w:r>
          </w:p>
        </w:tc>
        <w:tc>
          <w:tcPr>
            <w:tcW w:type="dxa" w:w="2880"/>
          </w:tcPr>
          <w:p>
            <w:r>
              <w:t>Информационный материал – аудиозапись и текст песни исполнителей Планыч и Огнеяр с названием «Долой», продолжительностью 04 минуты 14 секунд, которая начинается русскими словами, исполняемыми мужским голосом под музыку: «Долой (неполиткорректное выражение) иго, долой христианский маразм…», заканчивается словами «…без китайского  перенаселения»,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5406.</w:t>
            </w:r>
          </w:p>
        </w:tc>
        <w:tc>
          <w:tcPr>
            <w:tcW w:type="dxa" w:w="2880"/>
          </w:tcPr>
          <w:p>
            <w:r>
              <w:t>Книга под названием «Маздакиты на Кавказе» автора Богатырева Б.Б., содержащая 304 страницы печатного текста (сведений об издательстве и годе издания не имеется) (решение Магасского районного суда Республики Ингушетия от 20.09.2023);</w:t>
            </w:r>
          </w:p>
        </w:tc>
        <w:tc>
          <w:tcPr>
            <w:tcW w:type="dxa" w:w="2880"/>
          </w:tcPr>
          <w:p>
            <w:r>
              <w:t>18.12.2023</w:t>
            </w:r>
          </w:p>
        </w:tc>
      </w:tr>
      <w:tr>
        <w:tc>
          <w:tcPr>
            <w:tcW w:type="dxa" w:w="2880"/>
          </w:tcPr>
          <w:p>
            <w:r>
              <w:t>5407.</w:t>
            </w:r>
          </w:p>
        </w:tc>
        <w:tc>
          <w:tcPr>
            <w:tcW w:type="dxa" w:w="2880"/>
          </w:tcPr>
          <w:p>
            <w:r>
              <w:t>Печатное издание: брошюра «Яка нацiональна iдея украïнцiв» В. Кожевнiков, Киïв, Задруга, 2014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5408.</w:t>
            </w:r>
          </w:p>
        </w:tc>
        <w:tc>
          <w:tcPr>
            <w:tcW w:type="dxa" w:w="2880"/>
          </w:tcPr>
          <w:p>
            <w:r>
              <w:t>Печатное издание: книга «ОУН в Центральнiй, Пiвденнiй та Схiднiй Украïнi, 1941-1950-тi рр.» Ковальчук В. – Киïв, 2011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5409.</w:t>
            </w:r>
          </w:p>
        </w:tc>
        <w:tc>
          <w:tcPr>
            <w:tcW w:type="dxa" w:w="2880"/>
          </w:tcPr>
          <w:p>
            <w:r>
              <w:t>Текстовый материал «Предостережение гражданина СССР о недопустимости преступления лицом РФ»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5410.</w:t>
            </w:r>
          </w:p>
        </w:tc>
        <w:tc>
          <w:tcPr>
            <w:tcW w:type="dxa" w:w="2880"/>
          </w:tcPr>
          <w:p>
            <w:r>
              <w:t>Текстовый материал «Глава Башкирской Автономной Советской Социалистической Республики в составе Российской Советской Федеративной Социалистической Республики. О вступлении в должность ВрИО Главы Башкирской АССР в составе РСФСР. ВрИО Гаранта Устава Башкирской АССР в составе РСФСР»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5411.</w:t>
            </w:r>
          </w:p>
        </w:tc>
        <w:tc>
          <w:tcPr>
            <w:tcW w:type="dxa" w:w="2880"/>
          </w:tcPr>
          <w:p>
            <w:r>
              <w:t>Текстовый материал «Выписка из приказа открытого выездного заседания Военной Коллегии Верховного Суда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5412.</w:t>
            </w:r>
          </w:p>
        </w:tc>
        <w:tc>
          <w:tcPr>
            <w:tcW w:type="dxa" w:w="2880"/>
          </w:tcPr>
          <w:p>
            <w:r>
              <w:t>Текстовый материал «Уведомление «О введении в действие вкладыша к ныне существующим паспортам, военным билетам и иным удостоверениям личности СССР, находящимся на руках граждан СССР, со статусом удостоверения гражданина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5413.</w:t>
            </w:r>
          </w:p>
        </w:tc>
        <w:tc>
          <w:tcPr>
            <w:tcW w:type="dxa" w:w="2880"/>
          </w:tcPr>
          <w:p>
            <w:r>
              <w:t>Текстовый материал «Тезисы к Плану Развития Нашей Державы»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5414.</w:t>
            </w:r>
          </w:p>
        </w:tc>
        <w:tc>
          <w:tcPr>
            <w:tcW w:type="dxa" w:w="2880"/>
          </w:tcPr>
          <w:p>
            <w:r>
              <w:t>Текстовый материал «Требование о возврате в исходное состояние всего, что было на территории Башкирской АССР в составе РСФСР до совершения преступления»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5415.</w:t>
            </w:r>
          </w:p>
        </w:tc>
        <w:tc>
          <w:tcPr>
            <w:tcW w:type="dxa" w:w="2880"/>
          </w:tcPr>
          <w:p>
            <w:r>
              <w:t>Текстовый материал «Нота Генеральному секретарю ООН»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5416.</w:t>
            </w:r>
          </w:p>
        </w:tc>
        <w:tc>
          <w:tcPr>
            <w:tcW w:type="dxa" w:w="2880"/>
          </w:tcPr>
          <w:p>
            <w:r>
              <w:t>Текстовый материал «Протокол регистрации преступления на территории СССР в военное время представителем нелегитимных структур для последующей передачи в Военный Трибунал СССР»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5417.</w:t>
            </w:r>
          </w:p>
        </w:tc>
        <w:tc>
          <w:tcPr>
            <w:tcW w:type="dxa" w:w="2880"/>
          </w:tcPr>
          <w:p>
            <w:r>
              <w:t>Музыкальная композиция «i..ш русню», продолжительностью 2 минуты 39 секунд, начинающаяся словами «Еб..ь русню» и заканчивающаяся словами «руки ноги голови повсюду» музыкальной группы «Крепатура» (решение Фрунзенского районного суда г. Владивостока от 09.11.2023);</w:t>
            </w:r>
          </w:p>
        </w:tc>
        <w:tc>
          <w:tcPr>
            <w:tcW w:type="dxa" w:w="2880"/>
          </w:tcPr>
          <w:p>
            <w:r>
              <w:t>15.01.2024</w:t>
            </w:r>
          </w:p>
        </w:tc>
      </w:tr>
      <w:tr>
        <w:tc>
          <w:tcPr>
            <w:tcW w:type="dxa" w:w="2880"/>
          </w:tcPr>
          <w:p>
            <w:r>
              <w:t>5418.</w:t>
            </w:r>
          </w:p>
        </w:tc>
        <w:tc>
          <w:tcPr>
            <w:tcW w:type="dxa" w:w="2880"/>
          </w:tcPr>
          <w:p>
            <w:r>
              <w:t>Листовка «Исполнительного комитета Совета народных депутатов г. Красноярска», начинающаяся словами «РФия- псевдо государство, преступно действующая на территории Нашей страны – СССР, должна в кратчайшие сроки прекратить свое существование!», заканчивающаяся словами: «Нужны кардинальные меры по решению данного вопроса, вплоть до силовых методов в отношении незаконного действующего жидовского правительства РФ! За СВОБОДУ» За НАРОД! За СССР» (решение Кировского районного суда г. Красноярска Красноярского края от 07.11.2023);</w:t>
            </w:r>
          </w:p>
        </w:tc>
        <w:tc>
          <w:tcPr>
            <w:tcW w:type="dxa" w:w="2880"/>
          </w:tcPr>
          <w:p>
            <w:r>
              <w:t>11.03.2024</w:t>
            </w:r>
          </w:p>
        </w:tc>
      </w:tr>
      <w:tr>
        <w:tc>
          <w:tcPr>
            <w:tcW w:type="dxa" w:w="2880"/>
          </w:tcPr>
          <w:p>
            <w:r>
              <w:t>5419.</w:t>
            </w:r>
          </w:p>
        </w:tc>
        <w:tc>
          <w:tcPr>
            <w:tcW w:type="dxa" w:w="2880"/>
          </w:tcPr>
          <w:p>
            <w:r>
              <w:t>Информационный материал – публикация (статья) под наименованием «К десятилетию Кёнделенского противостояния 14-17 сентября 2008 г.», опубликованная в печатном издании – газете «Вестник балкарского народа» (№ № 7-9, июль-сентябрь 2018 г.) (апелляционное определение судебной коллегии по административным делам Верховного Суда Кабардино-Балкарской Республики от 12.01.2024);</w:t>
            </w:r>
          </w:p>
        </w:tc>
        <w:tc>
          <w:tcPr>
            <w:tcW w:type="dxa" w:w="2880"/>
          </w:tcPr>
          <w:p>
            <w:r>
              <w:t>11.03.2024</w:t>
            </w:r>
          </w:p>
        </w:tc>
      </w:tr>
      <w:tr>
        <w:tc>
          <w:tcPr>
            <w:tcW w:type="dxa" w:w="2880"/>
          </w:tcPr>
          <w:p>
            <w:r>
              <w:t>5420.</w:t>
            </w:r>
          </w:p>
        </w:tc>
        <w:tc>
          <w:tcPr>
            <w:tcW w:type="dxa" w:w="2880"/>
          </w:tcPr>
          <w:p>
            <w:r>
              <w:t>Музыкальная композиция «ï..ш русню», продолжительностью 1 минута 19 секунд, начинающаяся словами «Еб..ь русню» и заканчивающаяся словами «Чернобаевка форева», размещенная в информационно-телекоммуникационной сети «Интернет» «Евгением Констянтиничем и Кровавым Забазарево» (решение Фрунзенского районного суда г. Владивостока от 14.02.2024);</w:t>
            </w:r>
          </w:p>
        </w:tc>
        <w:tc>
          <w:tcPr>
            <w:tcW w:type="dxa" w:w="2880"/>
          </w:tcPr>
          <w:p>
            <w:r>
              <w:t>16.04.2024</w:t>
            </w:r>
          </w:p>
        </w:tc>
      </w:tr>
      <w:tr>
        <w:tc>
          <w:tcPr>
            <w:tcW w:type="dxa" w:w="2880"/>
          </w:tcPr>
          <w:p>
            <w:r>
              <w:t>5421.</w:t>
            </w:r>
          </w:p>
        </w:tc>
        <w:tc>
          <w:tcPr>
            <w:tcW w:type="dxa" w:w="2880"/>
          </w:tcPr>
          <w:p>
            <w:r>
              <w:t>Книга Павла Штепы «Украинец Москвин две противоположности» (Украïнець i Москвин двi протилежностi 3-є видання, UKRAINIANS versus MOSCOVITES (Two Antipodes) издательства ТЗОВ ВФ «Вiдродження» Дрогобич 2010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5422.</w:t>
            </w:r>
          </w:p>
        </w:tc>
        <w:tc>
          <w:tcPr>
            <w:tcW w:type="dxa" w:w="2880"/>
          </w:tcPr>
          <w:p>
            <w:r>
              <w:t>Комикс «Протистояння. Червоний терор» О.Корешков, М.Куринний, мiсто Киïв: Видавництво, 2019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5423.</w:t>
            </w:r>
          </w:p>
        </w:tc>
        <w:tc>
          <w:tcPr>
            <w:tcW w:type="dxa" w:w="2880"/>
          </w:tcPr>
          <w:p>
            <w:r>
              <w:t>Печатное издание: книга Багiровоï В.М. Пiсенний рiк навчання: Пiснi та вiршi, приуроченi святам навчального року, для дошкiльнят, школярiв, педагогiв /В.М. Багiрова; передм. Т.Б. Качак. – Iвано-Франкiвськ: Мiсто НВ, 2017. -168 с. (решение Докучаевского городского суда Донецкой Народной Республики от 06.12.2023);</w:t>
            </w:r>
          </w:p>
        </w:tc>
        <w:tc>
          <w:tcPr>
            <w:tcW w:type="dxa" w:w="2880"/>
          </w:tcPr>
          <w:p>
            <w:r>
              <w:t>27.04.2024</w:t>
            </w:r>
          </w:p>
        </w:tc>
      </w:tr>
      <w:tr>
        <w:tc>
          <w:tcPr>
            <w:tcW w:type="dxa" w:w="2880"/>
          </w:tcPr>
          <w:p>
            <w:r>
              <w:t>5424.</w:t>
            </w:r>
          </w:p>
        </w:tc>
        <w:tc>
          <w:tcPr>
            <w:tcW w:type="dxa" w:w="2880"/>
          </w:tcPr>
          <w:p>
            <w:r>
              <w:t>Музыкальная композиция «SKVERNA», продолжительностью 2 минуты 59 секунд, начинающаяся и оканчивающаяся словами «Еб..ь русню…………………режь свинособак», размещенная в информационно-телекоммуникационной сети «Интернет» (решение Фрунзенского районного суда г. Владивостока от 20.06.2023);</w:t>
            </w:r>
          </w:p>
        </w:tc>
        <w:tc>
          <w:tcPr>
            <w:tcW w:type="dxa" w:w="2880"/>
          </w:tcPr>
          <w:p>
            <w:r>
              <w:t>27.04.2024</w:t>
            </w:r>
          </w:p>
        </w:tc>
      </w:tr>
      <w:tr>
        <w:tc>
          <w:tcPr>
            <w:tcW w:type="dxa" w:w="2880"/>
          </w:tcPr>
          <w:p>
            <w:r>
              <w:t>5425.</w:t>
            </w:r>
          </w:p>
        </w:tc>
        <w:tc>
          <w:tcPr>
            <w:tcW w:type="dxa" w:w="2880"/>
          </w:tcPr>
          <w:p>
            <w:r>
              <w:t>Печатное издание: книга «Євангелiє вiд Марiï. Пролог Незалежностi Украïни» П. Романюк, Львов: Меморiал, 2021 (решение Буденновского межрайонного суда города Донецка от 11.12.2023);</w:t>
            </w:r>
          </w:p>
        </w:tc>
        <w:tc>
          <w:tcPr>
            <w:tcW w:type="dxa" w:w="2880"/>
          </w:tcPr>
          <w:p>
            <w:r>
              <w:t>16.05.2024</w:t>
            </w:r>
          </w:p>
        </w:tc>
      </w:tr>
      <w:tr>
        <w:tc>
          <w:tcPr>
            <w:tcW w:type="dxa" w:w="2880"/>
          </w:tcPr>
          <w:p>
            <w:r>
              <w:t>5426.</w:t>
            </w:r>
          </w:p>
        </w:tc>
        <w:tc>
          <w:tcPr>
            <w:tcW w:type="dxa" w:w="2880"/>
          </w:tcPr>
          <w:p>
            <w:r>
              <w:t>Книга В. Новоринського «На гранi вiчного болю» Галичина-Донбас, два полюси в боротьбi за украiнську незалежнiсть, – Киiв: ТОВ «Видавництво «Клио» 2018 (решение Ильичевского районного суда г. Мариуполя ДНР от 12.02.2024);</w:t>
            </w:r>
          </w:p>
        </w:tc>
        <w:tc>
          <w:tcPr>
            <w:tcW w:type="dxa" w:w="2880"/>
          </w:tcPr>
          <w:p>
            <w:r>
              <w:t>16.05.2024</w:t>
            </w:r>
          </w:p>
        </w:tc>
      </w:tr>
      <w:tr>
        <w:tc>
          <w:tcPr>
            <w:tcW w:type="dxa" w:w="2880"/>
          </w:tcPr>
          <w:p>
            <w:r>
              <w:t>5427.</w:t>
            </w:r>
          </w:p>
        </w:tc>
        <w:tc>
          <w:tcPr>
            <w:tcW w:type="dxa" w:w="2880"/>
          </w:tcPr>
          <w:p>
            <w:r>
              <w:t>Информационный материал - текстовое содержание и музыкальная композиция «Колумбайн» музыкальной группы «МЕРТВАЯ ВЕРА», продолжительностью 2 минуты 57 секунд, начинающаяся словами «Снова в школе злые…» и заканчивающаяся словами «Бах-но последний выстрел оставлю для себя», размещенный в информационно-телекоммуникационной сети «Интернет» (решение Камчатского краевого суда от 26.04.2024);</w:t>
            </w:r>
          </w:p>
        </w:tc>
        <w:tc>
          <w:tcPr>
            <w:tcW w:type="dxa" w:w="2880"/>
          </w:tcPr>
          <w:p>
            <w:r>
              <w:t>19.06.2024</w:t>
            </w:r>
          </w:p>
        </w:tc>
      </w:tr>
      <w:tr>
        <w:tc>
          <w:tcPr>
            <w:tcW w:type="dxa" w:w="2880"/>
          </w:tcPr>
          <w:p>
            <w:r>
              <w:t>5428.</w:t>
            </w:r>
          </w:p>
        </w:tc>
        <w:tc>
          <w:tcPr>
            <w:tcW w:type="dxa" w:w="2880"/>
          </w:tcPr>
          <w:p>
            <w:r>
              <w:t>Книга под наименованием «Черная книга Сатаны 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5429.</w:t>
            </w:r>
          </w:p>
        </w:tc>
        <w:tc>
          <w:tcPr>
            <w:tcW w:type="dxa" w:w="2880"/>
          </w:tcPr>
          <w:p>
            <w:r>
              <w:t>Книга под наименованием «CAELETHI Черная книга Сатаны II»,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5430.</w:t>
            </w:r>
          </w:p>
        </w:tc>
        <w:tc>
          <w:tcPr>
            <w:tcW w:type="dxa" w:w="2880"/>
          </w:tcPr>
          <w:p>
            <w:r>
              <w:t>Книга под наименованием «Черная книга Сатаны III»,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5431.</w:t>
            </w:r>
          </w:p>
        </w:tc>
        <w:tc>
          <w:tcPr>
            <w:tcW w:type="dxa" w:w="2880"/>
          </w:tcPr>
          <w:p>
            <w:r>
              <w:t>Текстовый материал «Храм Крови» («Temple_ov_Blood»), издательство Ixaxaar, 2004, 20 стр. (решение Октябрьского районного суда Санкт-Петербурга от 02.05.2024);</w:t>
            </w:r>
          </w:p>
        </w:tc>
        <w:tc>
          <w:tcPr>
            <w:tcW w:type="dxa" w:w="2880"/>
          </w:tcPr>
          <w:p>
            <w:r>
              <w:t>01.07.2024</w:t>
            </w:r>
          </w:p>
        </w:tc>
      </w:tr>
      <w:tr>
        <w:tc>
          <w:tcPr>
            <w:tcW w:type="dxa" w:w="2880"/>
          </w:tcPr>
          <w:p>
            <w:r>
              <w:t>5432.</w:t>
            </w:r>
          </w:p>
        </w:tc>
        <w:tc>
          <w:tcPr>
            <w:tcW w:type="dxa" w:w="2880"/>
          </w:tcPr>
          <w:p>
            <w:r>
              <w:t>Музыкальная композиция с видео сопровождением «Русня» музыкальной группы «Отряд Дольче Габанна», продолжительностью 3 минуты 58 секунд, начинающаяся словами «Мертвая русня, мертвая русня…» и заканчивающаяся словами «…вы приперлись умирать сюда», размещенная в информационно-телекоммуникационной сети «Интернет» (решение Камчатского краевого суда от 03.05.2024);</w:t>
            </w:r>
          </w:p>
        </w:tc>
        <w:tc>
          <w:tcPr>
            <w:tcW w:type="dxa" w:w="2880"/>
          </w:tcPr>
          <w:p>
            <w:r>
              <w:t>01.07.2024</w:t>
            </w:r>
          </w:p>
        </w:tc>
      </w:tr>
      <w:tr>
        <w:tc>
          <w:tcPr>
            <w:tcW w:type="dxa" w:w="2880"/>
          </w:tcPr>
          <w:p>
            <w:r>
              <w:t>5433.</w:t>
            </w:r>
          </w:p>
        </w:tc>
        <w:tc>
          <w:tcPr>
            <w:tcW w:type="dxa" w:w="2880"/>
          </w:tcPr>
          <w:p>
            <w:r>
              <w:t>Книга Анастасии Новых «Сэнсэй-IV. Исконный Шамбалы» ‒ М.: Аллатра Русь. 2019. – 704 с. (решение Центрального районного суда г. Тюмени от 29.05.2024, апелляционное определение судебной коллегии по административным делам Тюменского областного суда от 16.10.2024 и кассационное определение судебной коллегии по административным делам Седьмого кассационного суда общей юрисдикции от 26.02.2025);</w:t>
            </w:r>
          </w:p>
        </w:tc>
        <w:tc>
          <w:tcPr>
            <w:tcW w:type="dxa" w:w="2880"/>
          </w:tcPr>
          <w:p>
            <w:r>
              <w:t>23.07.2024</w:t>
            </w:r>
          </w:p>
        </w:tc>
      </w:tr>
      <w:tr>
        <w:tc>
          <w:tcPr>
            <w:tcW w:type="dxa" w:w="2880"/>
          </w:tcPr>
          <w:p>
            <w:r>
              <w:t>5434.</w:t>
            </w:r>
          </w:p>
        </w:tc>
        <w:tc>
          <w:tcPr>
            <w:tcW w:type="dxa" w:w="2880"/>
          </w:tcPr>
          <w:p>
            <w:r>
              <w:t>Электронная версия книги Анастасии Новых «Сэнсэй-IV. Исконный Шамбалы», начинающаяся текстом «Пролог Голос утих. Но не прошло и несколько мгновений, как…» и заканчивающаяся текстом: «Но только для тех, кто своими мыслями и делами обретает Высшее, Конец становится Началом.» (решение Центрального районного суда г. Тюмени от 29.05.2024, апелляционное определение судебной коллегии по административным делам Тюменского областного суда от 16.10.2024 и кассационное определение судебной коллегии по административным делам Седьмого кассационного суда общей юрисдикции от 26.02.2025);</w:t>
            </w:r>
          </w:p>
        </w:tc>
        <w:tc>
          <w:tcPr>
            <w:tcW w:type="dxa" w:w="2880"/>
          </w:tcPr>
          <w:p>
            <w:r>
              <w:t>23.07.2024</w:t>
            </w:r>
          </w:p>
        </w:tc>
      </w:tr>
      <w:tr>
        <w:tc>
          <w:tcPr>
            <w:tcW w:type="dxa" w:w="2880"/>
          </w:tcPr>
          <w:p>
            <w:r>
              <w:t>5435.</w:t>
            </w:r>
          </w:p>
        </w:tc>
        <w:tc>
          <w:tcPr>
            <w:tcW w:type="dxa" w:w="2880"/>
          </w:tcPr>
          <w:p>
            <w:r>
              <w:t>Музыкальное произведение – аудиофайл, обозначенный как «mshdrgpmw – 1571158516081575158116061575 1608 158316051575157216061575 1608 160616011608158716061575», состоящий из слов (поет мужской голос) на иностранном языке, размещенный ранее на личной странице социальной сети «ВКонтакте» под псевдонимом «Артур Ханмурзаев» (решение Балашихинского городского суда Московской области от 22.03.2023);</w:t>
            </w:r>
          </w:p>
        </w:tc>
        <w:tc>
          <w:tcPr>
            <w:tcW w:type="dxa" w:w="2880"/>
          </w:tcPr>
          <w:p>
            <w:r>
              <w:t>23.07.2024</w:t>
            </w:r>
          </w:p>
        </w:tc>
      </w:tr>
      <w:tr>
        <w:tc>
          <w:tcPr>
            <w:tcW w:type="dxa" w:w="2880"/>
          </w:tcPr>
          <w:p>
            <w:r>
              <w:t>5436.</w:t>
            </w:r>
          </w:p>
        </w:tc>
        <w:tc>
          <w:tcPr>
            <w:tcW w:type="dxa" w:w="2880"/>
          </w:tcPr>
          <w:p>
            <w:r>
              <w:t>Музыкальное произведение – аудиофайл, обозначенный как «mshdrgpmw – 157515841575 1 601157815811578», состоящий из слов (поет мужской голос) на иностранном языке, размещенный ранее на личной странице социальной сети «ВКонтакте» под псевдонимом «Артур Ханмурзаев» (решение Балашихинского городского суда Московской области от 22.03.2023);</w:t>
            </w:r>
          </w:p>
        </w:tc>
        <w:tc>
          <w:tcPr>
            <w:tcW w:type="dxa" w:w="2880"/>
          </w:tcPr>
          <w:p>
            <w:r>
              <w:t>23.07.2024</w:t>
            </w:r>
          </w:p>
        </w:tc>
      </w:tr>
      <w:tr>
        <w:tc>
          <w:tcPr>
            <w:tcW w:type="dxa" w:w="2880"/>
          </w:tcPr>
          <w:p>
            <w:r>
              <w:t>5437.</w:t>
            </w:r>
          </w:p>
        </w:tc>
        <w:tc>
          <w:tcPr>
            <w:tcW w:type="dxa" w:w="2880"/>
          </w:tcPr>
          <w:p>
            <w:r>
              <w:t>Музыкальная композиция «Колумбайн», размещенная музыкальным исполнителем под творческим псевдонимом «SkinnyX», продолжительностью 2 минуты 14 секунд, начинающаяся словами «Завтра в школе я устрою «Колумбайн»…» и заканчивающаяся словами «…На стадии поднятия, я, ***, скоро взлечу», размещенная в информационно-телекоммуникационной сети «Интернет» (решение Приморского краевого суда от 30.05.2024);</w:t>
            </w:r>
          </w:p>
        </w:tc>
        <w:tc>
          <w:tcPr>
            <w:tcW w:type="dxa" w:w="2880"/>
          </w:tcPr>
          <w:p>
            <w:r>
              <w:t>05.08.2024</w:t>
            </w:r>
          </w:p>
        </w:tc>
      </w:tr>
      <w:tr>
        <w:tc>
          <w:tcPr>
            <w:tcW w:type="dxa" w:w="2880"/>
          </w:tcPr>
          <w:p>
            <w:r>
              <w:t>5438.</w:t>
            </w:r>
          </w:p>
        </w:tc>
        <w:tc>
          <w:tcPr>
            <w:tcW w:type="dxa" w:w="2880"/>
          </w:tcPr>
          <w:p>
            <w:r>
              <w:t>Аудиозапись и текст песни группы Warriors of Zion с названием «Zаградотряд» продолжительностью около 3 минут 36 секунд, который начинается словами, исполняемыми мужским голосом под музыку, «Отправляя глупых гоев в свой последний бой…» и заканчивается словами «..здесь без рук или без ног?» (решение Санкт-Петербургского городского суда от 30.05.2024);</w:t>
            </w:r>
          </w:p>
        </w:tc>
        <w:tc>
          <w:tcPr>
            <w:tcW w:type="dxa" w:w="2880"/>
          </w:tcPr>
          <w:p>
            <w:r>
              <w:t>16.08.2024</w:t>
            </w:r>
          </w:p>
        </w:tc>
      </w:tr>
      <w:tr>
        <w:tc>
          <w:tcPr>
            <w:tcW w:type="dxa" w:w="2880"/>
          </w:tcPr>
          <w:p>
            <w:r>
              <w:t>5439.</w:t>
            </w:r>
          </w:p>
        </w:tc>
        <w:tc>
          <w:tcPr>
            <w:tcW w:type="dxa" w:w="2880"/>
          </w:tcPr>
          <w:p>
            <w:r>
              <w:t>Распространенный в сети «Интернет» информационный материал – аудиозапись и текст песни группы Warriors of Zion с названием «Могилизация» продолжительностью около 4 минут 43 секунд, который начинается словами, исполняемыми мужским голосом под музыку, «Мы скрываем от русни…» и заканчивается словами «Все на могилизацию!» (решение Санкт-Петербургского городского суда от 30.05.2024);</w:t>
            </w:r>
          </w:p>
        </w:tc>
        <w:tc>
          <w:tcPr>
            <w:tcW w:type="dxa" w:w="2880"/>
          </w:tcPr>
          <w:p>
            <w:r>
              <w:t>16.08.2024</w:t>
            </w:r>
          </w:p>
        </w:tc>
      </w:tr>
      <w:tr>
        <w:tc>
          <w:tcPr>
            <w:tcW w:type="dxa" w:w="2880"/>
          </w:tcPr>
          <w:p>
            <w:r>
              <w:t>5440.</w:t>
            </w:r>
          </w:p>
        </w:tc>
        <w:tc>
          <w:tcPr>
            <w:tcW w:type="dxa" w:w="2880"/>
          </w:tcPr>
          <w:p>
            <w:r>
              <w:t>Информационный материал – аудиозапись (песня) исполнителя от имени «Русского Добровольческого Корпуса» с наименованием «Вперед, РДК!», размещенный в сети «Интернет» (решение Мурманского областного суда от 27.06.2024);</w:t>
            </w:r>
          </w:p>
        </w:tc>
        <w:tc>
          <w:tcPr>
            <w:tcW w:type="dxa" w:w="2880"/>
          </w:tcPr>
          <w:p>
            <w:r>
              <w:t>28.08.2024</w:t>
            </w:r>
          </w:p>
        </w:tc>
      </w:tr>
      <w:tr>
        <w:tc>
          <w:tcPr>
            <w:tcW w:type="dxa" w:w="2880"/>
          </w:tcPr>
          <w:p>
            <w:r>
              <w:t>5441.</w:t>
            </w:r>
          </w:p>
        </w:tc>
        <w:tc>
          <w:tcPr>
            <w:tcW w:type="dxa" w:w="2880"/>
          </w:tcPr>
          <w:p>
            <w:r>
              <w:t>Музыкальная композиция «Орки», размещенная исполнителем Эдуардом Выграновским под творческим псевдонимом «Скруджи», продолжительностью 2 минуты 04 секунды, начинающаяся словами «Орк, иди домой…» и заканчивающаяся словами «…Но скажет война и зашьют рот», размещенная в информационно-телекоммуникационной сети «Интернет» (решение Приморского краевого суда от 27.06.2024);</w:t>
            </w:r>
          </w:p>
        </w:tc>
        <w:tc>
          <w:tcPr>
            <w:tcW w:type="dxa" w:w="2880"/>
          </w:tcPr>
          <w:p>
            <w:r>
              <w:t>13.09.2024</w:t>
            </w:r>
          </w:p>
        </w:tc>
      </w:tr>
      <w:tr>
        <w:tc>
          <w:tcPr>
            <w:tcW w:type="dxa" w:w="2880"/>
          </w:tcPr>
          <w:p>
            <w:r>
              <w:t>5442.</w:t>
            </w:r>
          </w:p>
        </w:tc>
        <w:tc>
          <w:tcPr>
            <w:tcW w:type="dxa" w:w="2880"/>
          </w:tcPr>
          <w:p>
            <w:r>
              <w:t>Информационный материал – аудиозапись (песня) с наименованиями «Вставай Белгород! – Патриотическая песня «РДК», легиона «Свобода России», «Вставай Белгород!» и «Вставай Белгород» – Arise Belgorod [NIGHTCORE], размещенный в информационно-телекоммуникационной сети «Интернет» (решение Мурманского областного суда от 18.07.2024);</w:t>
            </w:r>
          </w:p>
        </w:tc>
        <w:tc>
          <w:tcPr>
            <w:tcW w:type="dxa" w:w="2880"/>
          </w:tcPr>
          <w:p>
            <w:r>
              <w:t>13.09.2024</w:t>
            </w:r>
          </w:p>
        </w:tc>
      </w:tr>
      <w:tr>
        <w:tc>
          <w:tcPr>
            <w:tcW w:type="dxa" w:w="2880"/>
          </w:tcPr>
          <w:p>
            <w:r>
              <w:t>5443.</w:t>
            </w:r>
          </w:p>
        </w:tc>
        <w:tc>
          <w:tcPr>
            <w:tcW w:type="dxa" w:w="2880"/>
          </w:tcPr>
          <w:p>
            <w:r>
              <w:t>Информационный материал – книга «Жадання фронту. Позивний «Вирiй»» («Вожделение фронта. Позывной «Ирий»), Мельник М.Ю., издательство «Ориентир», г. Киев, 2017 (решение Верховного Суда Донецкой Народной Республики от 10.07.2024);</w:t>
            </w:r>
          </w:p>
        </w:tc>
        <w:tc>
          <w:tcPr>
            <w:tcW w:type="dxa" w:w="2880"/>
          </w:tcPr>
          <w:p>
            <w:r>
              <w:t>13.09.2024</w:t>
            </w:r>
          </w:p>
        </w:tc>
      </w:tr>
      <w:tr>
        <w:tc>
          <w:tcPr>
            <w:tcW w:type="dxa" w:w="2880"/>
          </w:tcPr>
          <w:p>
            <w:r>
              <w:t>5444.</w:t>
            </w:r>
          </w:p>
        </w:tc>
        <w:tc>
          <w:tcPr>
            <w:tcW w:type="dxa" w:w="2880"/>
          </w:tcPr>
          <w:p>
            <w:r>
              <w:t>Графическое изображение – цветная иллюстрация-сцена из мультипликационного фильма: русская печка разговаривает с девочками в сарафанах и платках; на правой стороне печки изображен флаг со свастикой, слева печки развивается влаг со свастикой; вверху и внизу иллюстрации расположено высказывание, выполненное белым цветом «НАДО БОЛЬШЕ ЕВРЕЕВ» (решение Чердаклинского районного суда Ульяновской области от 28.05.2024);</w:t>
            </w:r>
          </w:p>
        </w:tc>
        <w:tc>
          <w:tcPr>
            <w:tcW w:type="dxa" w:w="2880"/>
          </w:tcPr>
          <w:p>
            <w:r>
              <w:t>21.10.2024</w:t>
            </w:r>
          </w:p>
        </w:tc>
      </w:tr>
      <w:tr>
        <w:tc>
          <w:tcPr>
            <w:tcW w:type="dxa" w:w="2880"/>
          </w:tcPr>
          <w:p>
            <w:r>
              <w:t>5445.</w:t>
            </w:r>
          </w:p>
        </w:tc>
        <w:tc>
          <w:tcPr>
            <w:tcW w:type="dxa" w:w="2880"/>
          </w:tcPr>
          <w:p>
            <w:r>
              <w:t>Музыкальная композиция «Дохлая русня», размещенная исполнителем под творческим псевдонимом «Нах», продолжительностью 2 минуты 51 секунда, начинающаяся и оканчивающаяся словами «расскажи мне, дятел мертвый…….Дохлая русня», размещенная в информационно-телекоммуникационной сети «Интернет» (решение Приморского краевого суда от 06.08.2024);</w:t>
            </w:r>
          </w:p>
        </w:tc>
        <w:tc>
          <w:tcPr>
            <w:tcW w:type="dxa" w:w="2880"/>
          </w:tcPr>
          <w:p>
            <w:r>
              <w:t>21.10.2024</w:t>
            </w:r>
          </w:p>
        </w:tc>
      </w:tr>
      <w:tr>
        <w:tc>
          <w:tcPr>
            <w:tcW w:type="dxa" w:w="2880"/>
          </w:tcPr>
          <w:p>
            <w:r>
              <w:t>5446.</w:t>
            </w:r>
          </w:p>
        </w:tc>
        <w:tc>
          <w:tcPr>
            <w:tcW w:type="dxa" w:w="2880"/>
          </w:tcPr>
          <w:p>
            <w:r>
              <w:t>Музыкальная композиция «Ру*ня п*****сы»,  размещенная исполнителем под творческим псевдонимом «ПТН ПНХ» продолжительностью 3 минуты 35 секунд, начинающаяся и оканчивающаяся словами «Подонок на подонке…..раз, два, раз», размещенная в информационно-телекоммуникационной сети «Интернет» (решение Приморского краевого суда от 06.08.2024);</w:t>
            </w:r>
          </w:p>
        </w:tc>
        <w:tc>
          <w:tcPr>
            <w:tcW w:type="dxa" w:w="2880"/>
          </w:tcPr>
          <w:p>
            <w:r>
              <w:t>21.10.2024</w:t>
            </w:r>
          </w:p>
        </w:tc>
      </w:tr>
      <w:tr>
        <w:tc>
          <w:tcPr>
            <w:tcW w:type="dxa" w:w="2880"/>
          </w:tcPr>
          <w:p>
            <w:r>
              <w:t>5447.</w:t>
            </w:r>
          </w:p>
        </w:tc>
        <w:tc>
          <w:tcPr>
            <w:tcW w:type="dxa" w:w="2880"/>
          </w:tcPr>
          <w:p>
            <w:r>
              <w:t>Информационный материал – «Российско-украинская война: возвращение истории» в виде перевода текста книги «THE RUSSO-UKRAINAIN WAR» издательства W.W.Norton Company, 2023г. под авторством Плохий С.Н. (решение Московского городского суда от 28.08.2024);</w:t>
            </w:r>
          </w:p>
        </w:tc>
        <w:tc>
          <w:tcPr>
            <w:tcW w:type="dxa" w:w="2880"/>
          </w:tcPr>
          <w:p>
            <w:r>
              <w:t>24.10.2024</w:t>
            </w:r>
          </w:p>
        </w:tc>
      </w:tr>
      <w:tr>
        <w:tc>
          <w:tcPr>
            <w:tcW w:type="dxa" w:w="2880"/>
          </w:tcPr>
          <w:p>
            <w:r>
              <w:t>5448.</w:t>
            </w:r>
          </w:p>
        </w:tc>
        <w:tc>
          <w:tcPr>
            <w:tcW w:type="dxa" w:w="2880"/>
          </w:tcPr>
          <w:p>
            <w:r>
              <w:t>Книга «Московська отрута», издательство «ФОП Стебеляк О.М.», Киев, 2015 (решение Верховного Суда Донецкой Народной Республики от 19.06.2024);</w:t>
            </w:r>
          </w:p>
        </w:tc>
        <w:tc>
          <w:tcPr>
            <w:tcW w:type="dxa" w:w="2880"/>
          </w:tcPr>
          <w:p>
            <w:r>
              <w:t>29.10.2024</w:t>
            </w:r>
          </w:p>
        </w:tc>
      </w:tr>
      <w:tr>
        <w:tc>
          <w:tcPr>
            <w:tcW w:type="dxa" w:w="2880"/>
          </w:tcPr>
          <w:p>
            <w:r>
              <w:t>5449.</w:t>
            </w:r>
          </w:p>
        </w:tc>
        <w:tc>
          <w:tcPr>
            <w:tcW w:type="dxa" w:w="2880"/>
          </w:tcPr>
          <w:p>
            <w:r>
              <w:t>Сборник – «Олег Панфiлов «Антирадянськi iсторiï», Тернопiль, Мандрiвець, 2016.» («Олег Панфилов «Антисоветские истории», Тернополь, Мандривец, 2016.») (решение Московского городского суда от 11.09.2024);</w:t>
            </w:r>
          </w:p>
        </w:tc>
        <w:tc>
          <w:tcPr>
            <w:tcW w:type="dxa" w:w="2880"/>
          </w:tcPr>
          <w:p>
            <w:r>
              <w:t>08.11.2024</w:t>
            </w:r>
          </w:p>
        </w:tc>
      </w:tr>
      <w:tr>
        <w:tc>
          <w:tcPr>
            <w:tcW w:type="dxa" w:w="2880"/>
          </w:tcPr>
          <w:p>
            <w:r>
              <w:t>5450.</w:t>
            </w:r>
          </w:p>
        </w:tc>
        <w:tc>
          <w:tcPr>
            <w:tcW w:type="dxa" w:w="2880"/>
          </w:tcPr>
          <w:p>
            <w:r>
              <w:t>Сборник – «Росiйська окупацiя i деокупацiя Украïни: iсторiя, сучаснi загрози та виклики сьогодення: Матерiали Всеукраïнськоï науково-практичноï конференцiï (Киïв, 2016 р.) /Упор. П. Гай-Нижник.-К.:» МП Леся», 2016. – 352 с.» («Российская оккупация и деоккупация Украины: история, современные угрозы и вызовы современности: Материалы Всеукраинской научно-практической конференции (Киев, 2016г.) / Состав.  П. Гай-Нижник – К.: «МП Леся», 2016 – 352 с.») (решение Московского городского суда от 11.09.2024);</w:t>
            </w:r>
          </w:p>
        </w:tc>
        <w:tc>
          <w:tcPr>
            <w:tcW w:type="dxa" w:w="2880"/>
          </w:tcPr>
          <w:p>
            <w:r>
              <w:t>08.11.2024</w:t>
            </w:r>
          </w:p>
        </w:tc>
      </w:tr>
      <w:tr>
        <w:tc>
          <w:tcPr>
            <w:tcW w:type="dxa" w:w="2880"/>
          </w:tcPr>
          <w:p>
            <w:r>
              <w:t>5451.</w:t>
            </w:r>
          </w:p>
        </w:tc>
        <w:tc>
          <w:tcPr>
            <w:tcW w:type="dxa" w:w="2880"/>
          </w:tcPr>
          <w:p>
            <w:r>
              <w:t>Информационный материал – аудиозапись (песня) от имени исполнителя «Сварожич» с наименованием «России Глас» (стихи Scharfschutze Wotansturm) продолжительностью около 04 минут 20 секунд, которая начинается словами, исполняемыми мужским голосом под музыку: «Россия не в Путина слугах. Россия в солдатах РОА…», заканчивается словами «…Кто против – тем смерть и проклятье. За нашу Арийскую Русь!» и затем последними словами припева: «…Приморских сражение с властью, и Базылев, и НСО» (решение Мурманского областного суда от 30.09.2024);</w:t>
            </w:r>
          </w:p>
        </w:tc>
        <w:tc>
          <w:tcPr>
            <w:tcW w:type="dxa" w:w="2880"/>
          </w:tcPr>
          <w:p>
            <w:r>
              <w:t>20.11.2024</w:t>
            </w:r>
          </w:p>
        </w:tc>
      </w:tr>
      <w:tr>
        <w:tc>
          <w:tcPr>
            <w:tcW w:type="dxa" w:w="2880"/>
          </w:tcPr>
          <w:p>
            <w:r>
              <w:t>5452.</w:t>
            </w:r>
          </w:p>
        </w:tc>
        <w:tc>
          <w:tcPr>
            <w:tcW w:type="dxa" w:w="2880"/>
          </w:tcPr>
          <w:p>
            <w:r>
              <w:t>Книгопечатное издание под названием «Кто же отклонился?!» (решение Мещанского районного суда города Москвы от 31.05.2023);</w:t>
            </w:r>
          </w:p>
        </w:tc>
        <w:tc>
          <w:tcPr>
            <w:tcW w:type="dxa" w:w="2880"/>
          </w:tcPr>
          <w:p>
            <w:r>
              <w:t>26.11.2024</w:t>
            </w:r>
          </w:p>
        </w:tc>
      </w:tr>
      <w:tr>
        <w:tc>
          <w:tcPr>
            <w:tcW w:type="dxa" w:w="2880"/>
          </w:tcPr>
          <w:p>
            <w:r>
              <w:t>5453.</w:t>
            </w:r>
          </w:p>
        </w:tc>
        <w:tc>
          <w:tcPr>
            <w:tcW w:type="dxa" w:w="2880"/>
          </w:tcPr>
          <w:p>
            <w:r>
              <w:t>Материал книги «Сатанинская Библия», автор Антон Шандор ЛаВей» (решение Санкт-Петербургского городского суда от 22.08.2024);</w:t>
            </w:r>
          </w:p>
        </w:tc>
        <w:tc>
          <w:tcPr>
            <w:tcW w:type="dxa" w:w="2880"/>
          </w:tcPr>
          <w:p>
            <w:r>
              <w:t>05.12.2024</w:t>
            </w:r>
          </w:p>
        </w:tc>
      </w:tr>
      <w:tr>
        <w:tc>
          <w:tcPr>
            <w:tcW w:type="dxa" w:w="2880"/>
          </w:tcPr>
          <w:p>
            <w:r>
              <w:t>5454.</w:t>
            </w:r>
          </w:p>
        </w:tc>
        <w:tc>
          <w:tcPr>
            <w:tcW w:type="dxa" w:w="2880"/>
          </w:tcPr>
          <w:p>
            <w:r>
              <w:t>Музыкальная композиция «Колумбайн» музыкального исполнителя под творческими псевдонимами «Замай» и «Слава КПСС» продолжительностью 3 минуты 39 секунды и ее текстовое содержание, размещенная в информационно-телекоммуникационной сети «Интернет» (решение Приморского краевого суда от 01.10.2024);</w:t>
            </w:r>
          </w:p>
        </w:tc>
        <w:tc>
          <w:tcPr>
            <w:tcW w:type="dxa" w:w="2880"/>
          </w:tcPr>
          <w:p>
            <w:r>
              <w:t>17.12.2024</w:t>
            </w:r>
          </w:p>
        </w:tc>
      </w:tr>
      <w:tr>
        <w:tc>
          <w:tcPr>
            <w:tcW w:type="dxa" w:w="2880"/>
          </w:tcPr>
          <w:p>
            <w:r>
              <w:t>5455.</w:t>
            </w:r>
          </w:p>
        </w:tc>
        <w:tc>
          <w:tcPr>
            <w:tcW w:type="dxa" w:w="2880"/>
          </w:tcPr>
          <w:p>
            <w:r>
              <w:t>Информационный материал – аудиозапись (песня) неизвестного исполнителя с наименованием «Песня русского оккупанта: весь мир теперь знает – Россия ….», продолжительностью около 02 минут 19 секунд, начинается словами, исполняемыми мужским голосом под музыку: «Я русский военный младшего звена…», заканчивается  куплетом со словами «…Превращают войска мои в …...!» и затем последними словами припева: «…И скоро психанут, дружно нас ….» (решение Мурманского областного суда от 19.12.2024);</w:t>
            </w:r>
          </w:p>
        </w:tc>
        <w:tc>
          <w:tcPr>
            <w:tcW w:type="dxa" w:w="2880"/>
          </w:tcPr>
          <w:p>
            <w:r>
              <w:t>05.02.2025</w:t>
            </w:r>
          </w:p>
        </w:tc>
      </w:tr>
      <w:tr>
        <w:tc>
          <w:tcPr>
            <w:tcW w:type="dxa" w:w="2880"/>
          </w:tcPr>
          <w:p>
            <w:r>
              <w:t>5456.</w:t>
            </w:r>
          </w:p>
        </w:tc>
        <w:tc>
          <w:tcPr>
            <w:tcW w:type="dxa" w:w="2880"/>
          </w:tcPr>
          <w:p>
            <w:r>
              <w:t>Информационный материал – аудиозапись (песня) от имени «Легиона Свобода России» с наименованием «Гимн свободной России», продолжительностью около 03 минут 44 секунд, которая начинается словами, исполняемыми мужским голосом под ритмичную музыку: «Бело-сине-белое знамя будет поднято!...», заканчивается словами последнего куплета «…Система диктата будет мертва! Россия будет свободна!», а также последними словами припева: «…Свобода России! Свобода России» (решение Мурманского областного суда от 23.12.2024);</w:t>
            </w:r>
          </w:p>
        </w:tc>
        <w:tc>
          <w:tcPr>
            <w:tcW w:type="dxa" w:w="2880"/>
          </w:tcPr>
          <w:p>
            <w:r>
              <w:t>07.02.2025</w:t>
            </w:r>
          </w:p>
        </w:tc>
      </w:tr>
      <w:tr>
        <w:tc>
          <w:tcPr>
            <w:tcW w:type="dxa" w:w="2880"/>
          </w:tcPr>
          <w:p>
            <w:r>
              <w:t>5457.</w:t>
            </w:r>
          </w:p>
        </w:tc>
        <w:tc>
          <w:tcPr>
            <w:tcW w:type="dxa" w:w="2880"/>
          </w:tcPr>
          <w:p>
            <w:r>
              <w:t>Книга Дворядкина Д.В. «Слово Пророка Антихриста» (решение Московского областного суда от 13.11.2024);</w:t>
            </w:r>
          </w:p>
        </w:tc>
        <w:tc>
          <w:tcPr>
            <w:tcW w:type="dxa" w:w="2880"/>
          </w:tcPr>
          <w:p>
            <w:r>
              <w:t>19.02.2025</w:t>
            </w:r>
          </w:p>
        </w:tc>
      </w:tr>
      <w:tr>
        <w:tc>
          <w:tcPr>
            <w:tcW w:type="dxa" w:w="2880"/>
          </w:tcPr>
          <w:p>
            <w:r>
              <w:t>5458.</w:t>
            </w:r>
          </w:p>
        </w:tc>
        <w:tc>
          <w:tcPr>
            <w:tcW w:type="dxa" w:w="2880"/>
          </w:tcPr>
          <w:p>
            <w:r>
              <w:t>Книга «Звезды в Джихаде и тени в огне» (решение Верховного Суда Чеченской Республики от 25.12.2024);</w:t>
            </w:r>
          </w:p>
        </w:tc>
        <w:tc>
          <w:tcPr>
            <w:tcW w:type="dxa" w:w="2880"/>
          </w:tcPr>
          <w:p>
            <w:r>
              <w:t>05.03.2025</w:t>
            </w:r>
          </w:p>
        </w:tc>
      </w:tr>
      <w:tr>
        <w:tc>
          <w:tcPr>
            <w:tcW w:type="dxa" w:w="2880"/>
          </w:tcPr>
          <w:p>
            <w:r>
              <w:t>5459.</w:t>
            </w:r>
          </w:p>
        </w:tc>
        <w:tc>
          <w:tcPr>
            <w:tcW w:type="dxa" w:w="2880"/>
          </w:tcPr>
          <w:p>
            <w:r>
              <w:t>Информационный материал – книга автора Игоря Дьякова под названием «Великая Гражданская война 1941-1945» издательства «Самотека», а также созданные с использованием текста данного информационного материала аудио- и видеопроизведения и иные информационные материалы» (решение Самарского областного суда от 10.12.2024);</w:t>
            </w:r>
          </w:p>
        </w:tc>
        <w:tc>
          <w:tcPr>
            <w:tcW w:type="dxa" w:w="2880"/>
          </w:tcPr>
          <w:p>
            <w:r>
              <w:t>05.03.2025</w:t>
            </w:r>
          </w:p>
        </w:tc>
      </w:tr>
      <w:tr>
        <w:tc>
          <w:tcPr>
            <w:tcW w:type="dxa" w:w="2880"/>
          </w:tcPr>
          <w:p>
            <w:r>
              <w:t>5460.</w:t>
            </w:r>
          </w:p>
        </w:tc>
        <w:tc>
          <w:tcPr>
            <w:tcW w:type="dxa" w:w="2880"/>
          </w:tcPr>
          <w:p>
            <w:r>
              <w:t>Аудиозапись и текст песни исполнителя Раскольников с названием «Русским быть (нецензурное слово)», начинающимися словами «Русским быть (нецензурное слово)», заканчивающимися словами «…кто вскроет нарыв – умоется гноем» (решение Санкт-Петербургского городского суда от 17.12.2024);</w:t>
            </w:r>
          </w:p>
        </w:tc>
        <w:tc>
          <w:tcPr>
            <w:tcW w:type="dxa" w:w="2880"/>
          </w:tcPr>
          <w:p>
            <w:r>
              <w:t>05.03.2025</w:t>
            </w:r>
          </w:p>
        </w:tc>
      </w:tr>
      <w:tr>
        <w:tc>
          <w:tcPr>
            <w:tcW w:type="dxa" w:w="2880"/>
          </w:tcPr>
          <w:p>
            <w:r>
              <w:t>5461.</w:t>
            </w:r>
          </w:p>
        </w:tc>
        <w:tc>
          <w:tcPr>
            <w:tcW w:type="dxa" w:w="2880"/>
          </w:tcPr>
          <w:p>
            <w:r>
              <w:t>Информационный материал – аудиозапись (песня) от имени исполнителя «Velen» с наименованием «Вставай, Курск» продолжительностью около 2 минут 19 секунд, которая начинается словами, исполняемыми мужским голосом под музыку: «Мама, ну как дела в краю степей и лесов?...», заканчивается куплетом со словами «…Стоят уже у всех дверей, стреляют жен и матерей, сжигают заживо людей!» и затем последними словами припева: «…Вставай  Курск! Вставай мой край родной! Вставай Курск! Украина - мать с тобой!» (решение Мурманского областного суда от 11.02.2025);</w:t>
            </w:r>
          </w:p>
        </w:tc>
        <w:tc>
          <w:tcPr>
            <w:tcW w:type="dxa" w:w="2880"/>
          </w:tcPr>
          <w:p>
            <w:r>
              <w:t>02.04.2025</w:t>
            </w:r>
          </w:p>
        </w:tc>
      </w:tr>
      <w:tr>
        <w:tc>
          <w:tcPr>
            <w:tcW w:type="dxa" w:w="2880"/>
          </w:tcPr>
          <w:p>
            <w:r>
              <w:t>5462.</w:t>
            </w:r>
          </w:p>
        </w:tc>
        <w:tc>
          <w:tcPr>
            <w:tcW w:type="dxa" w:w="2880"/>
          </w:tcPr>
          <w:p>
            <w:r>
              <w:t>Музыкальная композиция «Русня бежит по украинскому Донбассу», размещенная исполнителем под творческим псевдонимом «13тый», продолжительностью 3 мин. 51 сек., начинающаяся и оканчивающаяся словами «Поэт сказал, что были люди в его время………….и близок час кремлевского х**ла», размещенная в информационно-телекоммуникационной сети «Интернет» (решение Приморского краевого суда от 06.03.2025);</w:t>
            </w:r>
          </w:p>
        </w:tc>
        <w:tc>
          <w:tcPr>
            <w:tcW w:type="dxa" w:w="2880"/>
          </w:tcPr>
          <w:p>
            <w:r>
              <w:t>29.04.2025</w:t>
            </w:r>
          </w:p>
        </w:tc>
      </w:tr>
      <w:tr>
        <w:tc>
          <w:tcPr>
            <w:tcW w:type="dxa" w:w="2880"/>
          </w:tcPr>
          <w:p>
            <w:r>
              <w:t>5463.</w:t>
            </w:r>
          </w:p>
        </w:tc>
        <w:tc>
          <w:tcPr>
            <w:tcW w:type="dxa" w:w="2880"/>
          </w:tcPr>
          <w:p>
            <w:r>
              <w:t>Музыкальная композиция «А.У.Е» музыкального исполнителя, использующего творческий псевдоним «Владимир Курский», продолжительностью 4 мин. 27 сек., начинающаяся и оканчивающаяся словами «Мой салам бродягам, ворам…………Пусть все будет.», размещенная в информационно-телекоммуникационной сети «Интернет» (решение Приморского краевого суда от 20.03.2025);</w:t>
            </w:r>
          </w:p>
        </w:tc>
        <w:tc>
          <w:tcPr>
            <w:tcW w:type="dxa" w:w="2880"/>
          </w:tcPr>
          <w:p>
            <w:r>
              <w:t>07.05.2025</w:t>
            </w:r>
          </w:p>
        </w:tc>
      </w:tr>
      <w:tr>
        <w:tc>
          <w:tcPr>
            <w:tcW w:type="dxa" w:w="2880"/>
          </w:tcPr>
          <w:p>
            <w:r>
              <w:t>5464.</w:t>
            </w:r>
          </w:p>
        </w:tc>
        <w:tc>
          <w:tcPr>
            <w:tcW w:type="dxa" w:w="2880"/>
          </w:tcPr>
          <w:p>
            <w:r>
              <w:t>Музыкальная композиция «В е**ня ру*ня» («Е**ня») музыкального исполнителя под творческим псевдонимом «Тарас Кин» продолжительностью 3 мин. 14 сек, начинающаяся и оканчивающаяся словами «Ну шо ру*ня i вся орда…………………….в е**ня», размещенная в информационно-телекоммуникационной сети «Интернет» (решение Приморского краевого суда от 20.03.2025);</w:t>
            </w:r>
          </w:p>
        </w:tc>
        <w:tc>
          <w:tcPr>
            <w:tcW w:type="dxa" w:w="2880"/>
          </w:tcPr>
          <w:p>
            <w:r>
              <w:t>13.05.2025</w:t>
            </w:r>
          </w:p>
        </w:tc>
      </w:tr>
      <w:tr>
        <w:tc>
          <w:tcPr>
            <w:tcW w:type="dxa" w:w="2880"/>
          </w:tcPr>
          <w:p>
            <w:r>
              <w:t>5465.</w:t>
            </w:r>
          </w:p>
        </w:tc>
        <w:tc>
          <w:tcPr>
            <w:tcW w:type="dxa" w:w="2880"/>
          </w:tcPr>
          <w:p>
            <w:r>
              <w:t>Аудиозапись и текст песни исполнителя Руслан Черный с названием «Ну че ты, мусор», длительностью около 3 минут 29 секунд, которая начинается словами, исполняемыми под музыку мужским голосом, «На-ра-на-на Эх небо синее, солнце жгучее…» и заканчивается словами «… И через робот мусор, ну черт (нецензурное слово) На-ра-на-на» (решение Санкт-Петербургского городского суда от 10.03.2025);</w:t>
            </w:r>
          </w:p>
        </w:tc>
        <w:tc>
          <w:tcPr>
            <w:tcW w:type="dxa" w:w="2880"/>
          </w:tcPr>
          <w:p>
            <w:r>
              <w:t>15.05.2025</w:t>
            </w:r>
          </w:p>
        </w:tc>
      </w:tr>
      <w:tr>
        <w:tc>
          <w:tcPr>
            <w:tcW w:type="dxa" w:w="2880"/>
          </w:tcPr>
          <w:p>
            <w:r>
              <w:t>5466.</w:t>
            </w:r>
          </w:p>
        </w:tc>
        <w:tc>
          <w:tcPr>
            <w:tcW w:type="dxa" w:w="2880"/>
          </w:tcPr>
          <w:p>
            <w:r>
              <w:t>Аудиозапись и текст песни исполнителя Murdek с наименованием «На (нецензурное слово) мусора» длительностью около 3 минут 17 секунд, которая начинается словами, исполняемыми под музыку мужским голосом, «Я помню, как открывались вновь старые раны…» и заканчивается словами «… На (нецензурное слово), мусора, на (нецензурное слово). На (нецензурное слово), мусора!» (решение Санкт-Петербургского городского суда от 10.03.2025);</w:t>
            </w:r>
          </w:p>
        </w:tc>
        <w:tc>
          <w:tcPr>
            <w:tcW w:type="dxa" w:w="2880"/>
          </w:tcPr>
          <w:p>
            <w:r>
              <w:t>15.05.2025</w:t>
            </w:r>
          </w:p>
        </w:tc>
      </w:tr>
      <w:tr>
        <w:tc>
          <w:tcPr>
            <w:tcW w:type="dxa" w:w="2880"/>
          </w:tcPr>
          <w:p>
            <w:r>
              <w:t>5467.</w:t>
            </w:r>
          </w:p>
        </w:tc>
        <w:tc>
          <w:tcPr>
            <w:tcW w:type="dxa" w:w="2880"/>
          </w:tcPr>
          <w:p>
            <w:r>
              <w:t>Видеозапись «ЛЮДИ И ВЛАСТЬ» продолжительность 49 мин. 04 сек., начинающаяся словами: «Здравствуйте, дороги друзья, искренне рады вновь приветствовать вас и сегодня мы побеседуем с уважаемым Игорем Михайловичем Даниловым» и заканчивающаяся словами: «…спасибо вам, друзья, мир и любви Божией, а любовь Божья это самая большая сила, которая существует в мире. Так что, друг мой, да пребудет с тобой сила» (решение Челябинского областного суда от 09.01.2025, апелляционное определение судебной коллегии по административным делам Второго апелляционного суда общей юрисдикции от 10.04.2025 и кассационное определение судебной коллегии по административным делам Седьмого кассационного суда общей юрисдикции от 30.07.2025);</w:t>
            </w:r>
          </w:p>
        </w:tc>
        <w:tc>
          <w:tcPr>
            <w:tcW w:type="dxa" w:w="2880"/>
          </w:tcPr>
          <w:p>
            <w:r>
              <w:t>22.05.2025</w:t>
            </w:r>
          </w:p>
        </w:tc>
      </w:tr>
      <w:tr>
        <w:tc>
          <w:tcPr>
            <w:tcW w:type="dxa" w:w="2880"/>
          </w:tcPr>
          <w:p>
            <w:r>
              <w:t>5468.</w:t>
            </w:r>
          </w:p>
        </w:tc>
        <w:tc>
          <w:tcPr>
            <w:tcW w:type="dxa" w:w="2880"/>
          </w:tcPr>
          <w:p>
            <w:r>
              <w:t>Книга Габбасова Руслана «Записки башкирского националиста. Кук буре» - Уфа: 2023. -115 с.» (решение Верховного Суда Республики Башкортостан от 03.04.2025);</w:t>
            </w:r>
          </w:p>
        </w:tc>
        <w:tc>
          <w:tcPr>
            <w:tcW w:type="dxa" w:w="2880"/>
          </w:tcPr>
          <w:p>
            <w:r>
              <w:t>22.05.2025</w:t>
            </w:r>
          </w:p>
        </w:tc>
      </w:tr>
      <w:tr>
        <w:tc>
          <w:tcPr>
            <w:tcW w:type="dxa" w:w="2880"/>
          </w:tcPr>
          <w:p>
            <w:r>
              <w:t>5469.</w:t>
            </w:r>
          </w:p>
        </w:tc>
        <w:tc>
          <w:tcPr>
            <w:tcW w:type="dxa" w:w="2880"/>
          </w:tcPr>
          <w:p>
            <w:r>
              <w:t>Материал книги «Das Sowjetparadies. Ausstellung der Reichspropagandaaleitung der NSDAP. Ein Bericht in Wort und Bild», Berlin, Zentralverlag der NSDAP, 1942 («Советский рай. Выставка имперского управления пропаганды НСДАП. Отчет в текстах и изображениях», Берлин, Центральное издательство НСДАП, 1942) (решение Санкт-Петербургского городского суда от 04.03.2025);</w:t>
            </w:r>
          </w:p>
        </w:tc>
        <w:tc>
          <w:tcPr>
            <w:tcW w:type="dxa" w:w="2880"/>
          </w:tcPr>
          <w:p>
            <w:r>
              <w:t>05.06.2025</w:t>
            </w:r>
          </w:p>
        </w:tc>
      </w:tr>
      <w:tr>
        <w:tc>
          <w:tcPr>
            <w:tcW w:type="dxa" w:w="2880"/>
          </w:tcPr>
          <w:p>
            <w:r>
              <w:t>5470.</w:t>
            </w:r>
          </w:p>
        </w:tc>
        <w:tc>
          <w:tcPr>
            <w:tcW w:type="dxa" w:w="2880"/>
          </w:tcPr>
          <w:p>
            <w:r>
              <w:t>Информационный материал – аудиозапись (песня) исполнителя «Русский солдат» с наименованием «Послушай, мама, это Украина», продолжительностью около 3 минут 43 секунд, начинается словами, исполняемыми мужским голосом под музыку: «Пальба, стрельба, сигнальная ракета…», заканчивается куплетом со словами «…Мы прямо к дьяволу колонной на поклон» и затем последними словами припева: «…И наш поход – украинский капкан» (решение Мурманского областного суда от 24.04.2025);</w:t>
            </w:r>
          </w:p>
        </w:tc>
        <w:tc>
          <w:tcPr>
            <w:tcW w:type="dxa" w:w="2880"/>
          </w:tcPr>
          <w:p>
            <w:r>
              <w:t>11.06.2025</w:t>
            </w:r>
          </w:p>
        </w:tc>
      </w:tr>
      <w:tr>
        <w:tc>
          <w:tcPr>
            <w:tcW w:type="dxa" w:w="2880"/>
          </w:tcPr>
          <w:p>
            <w:r>
              <w:t>5471.</w:t>
            </w:r>
          </w:p>
        </w:tc>
        <w:tc>
          <w:tcPr>
            <w:tcW w:type="dxa" w:w="2880"/>
          </w:tcPr>
          <w:p>
            <w:r>
              <w:t>Музыкальная композиция «Молись» исполнителя, использующего творческий псевдоним «Ultraprimative», продолжительностью 1 мин. 58 сек., начинающаяся и оканчивающаяся словами «Кто-то должен быть рабом ………Молись, воруй и убивай.», размещенная в информационно-телекоммуникационной сети «Интернет» (решение Приморского краевого суда от 15.05.2025);</w:t>
            </w:r>
          </w:p>
        </w:tc>
        <w:tc>
          <w:tcPr>
            <w:tcW w:type="dxa" w:w="2880"/>
          </w:tcPr>
          <w:p>
            <w:r>
              <w:t>04.07.2025</w:t>
            </w:r>
          </w:p>
        </w:tc>
      </w:tr>
      <w:tr>
        <w:tc>
          <w:tcPr>
            <w:tcW w:type="dxa" w:w="2880"/>
          </w:tcPr>
          <w:p>
            <w:r>
              <w:t>5472.</w:t>
            </w:r>
          </w:p>
        </w:tc>
        <w:tc>
          <w:tcPr>
            <w:tcW w:type="dxa" w:w="2880"/>
          </w:tcPr>
          <w:p>
            <w:r>
              <w:t>Информационный материал: текст песни на украинском языке, которая начинается словами «I не треба менi казати, що ми братнi народи, кати… (И не надо мне говорить, Что мы братские народы, палачи…)» и заканчивается «Москалiв на ножи (Москалей на ножи)», исполняющейся женским голосом в видеоролике «Москалiв на ножи» («Москалей на ножи»), «Куда повесить, мокаляку? Ну конечно же на гиляку» продолжительностью 2 минуты 03 секунды, а также видеоролик, содержащийся в информационно-коммуникационной сети «Интернет» (решение Хабаровского краевого суда от 14.05.2025);</w:t>
            </w:r>
          </w:p>
        </w:tc>
        <w:tc>
          <w:tcPr>
            <w:tcW w:type="dxa" w:w="2880"/>
          </w:tcPr>
          <w:p>
            <w:r>
              <w:t>04.07.2025</w:t>
            </w:r>
          </w:p>
        </w:tc>
      </w:tr>
      <w:tr>
        <w:tc>
          <w:tcPr>
            <w:tcW w:type="dxa" w:w="2880"/>
          </w:tcPr>
          <w:p>
            <w:r>
              <w:t>5473.</w:t>
            </w:r>
          </w:p>
        </w:tc>
        <w:tc>
          <w:tcPr>
            <w:tcW w:type="dxa" w:w="2880"/>
          </w:tcPr>
          <w:p>
            <w:r>
              <w:t>Информационный материал – аудиозапись (песня) от имени исполнителя «Homan.E» с наименованием «Москали», продолжительностью около 4 минут 42 секунд, которая начинается словами, исполняемыми мужским голосом под музыку: «Открою тайну тебе, дружок, про одну мерзость на планете…», заканчивается куплетом со словами «…Не подходи они заразны…» и затем последними словами припева: «…Москали! Москали!» (решение Мурманского областного суда от 15.05.2025);</w:t>
            </w:r>
          </w:p>
        </w:tc>
        <w:tc>
          <w:tcPr>
            <w:tcW w:type="dxa" w:w="2880"/>
          </w:tcPr>
          <w:p>
            <w:r>
              <w:t>09.07.2025</w:t>
            </w:r>
          </w:p>
        </w:tc>
      </w:tr>
      <w:tr>
        <w:tc>
          <w:tcPr>
            <w:tcW w:type="dxa" w:w="2880"/>
          </w:tcPr>
          <w:p>
            <w:r>
              <w:t>5474.</w:t>
            </w:r>
          </w:p>
        </w:tc>
        <w:tc>
          <w:tcPr>
            <w:tcW w:type="dxa" w:w="2880"/>
          </w:tcPr>
          <w:p>
            <w:r>
              <w:t>Книга автора Ли Хунчжи «Фалунь Дафа суть усердного совершенствования I-II» русский перевод на 132 л. (решение Междуреченского городского суда Кемеровской области от 06.06.2024 и апелляционное определение судебной коллегии по административным делам Кемеровского областного суда от 13.11.2024);</w:t>
            </w:r>
          </w:p>
        </w:tc>
        <w:tc>
          <w:tcPr>
            <w:tcW w:type="dxa" w:w="2880"/>
          </w:tcPr>
          <w:p>
            <w:r>
              <w:t>24.07.2025</w:t>
            </w:r>
          </w:p>
        </w:tc>
      </w:tr>
      <w:tr>
        <w:tc>
          <w:tcPr>
            <w:tcW w:type="dxa" w:w="2880"/>
          </w:tcPr>
          <w:p>
            <w:r>
              <w:t>5475.</w:t>
            </w:r>
          </w:p>
        </w:tc>
        <w:tc>
          <w:tcPr>
            <w:tcW w:type="dxa" w:w="2880"/>
          </w:tcPr>
          <w:p>
            <w:r>
              <w:t>Книга автора Ли Хунчжи «Фалунь Дафа суть усердного совершенствования III» русский перевод на 55 л. (решение Междуреченского городского суда Кемеровской области от 06.06.2024 и апелляционное определение судебной коллегии по административным делам Кемеровского областного суда от 13.11.2024);</w:t>
            </w:r>
          </w:p>
        </w:tc>
        <w:tc>
          <w:tcPr>
            <w:tcW w:type="dxa" w:w="2880"/>
          </w:tcPr>
          <w:p>
            <w:r>
              <w:t>24.07.2025</w:t>
            </w:r>
          </w:p>
        </w:tc>
      </w:tr>
      <w:tr>
        <w:tc>
          <w:tcPr>
            <w:tcW w:type="dxa" w:w="2880"/>
          </w:tcPr>
          <w:p>
            <w:r>
              <w:t>5476.</w:t>
            </w:r>
          </w:p>
        </w:tc>
        <w:tc>
          <w:tcPr>
            <w:tcW w:type="dxa" w:w="2880"/>
          </w:tcPr>
          <w:p>
            <w:r>
              <w:t xml:space="preserve">Печатная книга: «Алексей Навальный. Патриот. – Издательство One Book Publishing, Литва, 2024», на русском языке, в твердой обложке темно-серого цвета, на корешке которой содержится имя автора, </w:t>
              <w:br/>
              <w:br/>
              <w:t>имеющая 398 пронумерованных страниц, представленная в суперобложке, содержащей имя автора, название книги, авторскую цитату, аннотацию к книге, штрих-код. Товар является новым, не бывшим в употреблении» (решение Ленинградского областного суда от 09.06.2025);</w:t>
            </w:r>
          </w:p>
        </w:tc>
        <w:tc>
          <w:tcPr>
            <w:tcW w:type="dxa" w:w="2880"/>
          </w:tcPr>
          <w:p>
            <w:r>
              <w:t>30.07.2025</w:t>
            </w:r>
          </w:p>
        </w:tc>
      </w:tr>
      <w:tr>
        <w:tc>
          <w:tcPr>
            <w:tcW w:type="dxa" w:w="2880"/>
          </w:tcPr>
          <w:p>
            <w:r>
              <w:t>5477.</w:t>
            </w:r>
          </w:p>
        </w:tc>
        <w:tc>
          <w:tcPr>
            <w:tcW w:type="dxa" w:w="2880"/>
          </w:tcPr>
          <w:p>
            <w:r>
              <w:t>Информационный материал, размещенный 28.01.2023 в 09 часов 55 минут в сообществе «Паспорт СССР» социальной сети «В контакте», который начинается словами: «И так, если хотя бы УСЛОВНО ПРИНЯТЬ Конституцию РФ «ЛЕГИТИМНОЙ» и завершается словами: «Без уголовной ответственности и Военного трибунала теперь вряд ли обойтись!!!»,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5478.</w:t>
            </w:r>
          </w:p>
        </w:tc>
        <w:tc>
          <w:tcPr>
            <w:tcW w:type="dxa" w:w="2880"/>
          </w:tcPr>
          <w:p>
            <w:r>
              <w:t>Информационный материал, размещенный 27.01.2023 в 18 часов 34 минуты в сообществе «Паспорт СССР» социальной сети «В контакте», который начинается словами: «ЧЕТЫРЕ ПРОСТЫХ ПРОВЕРЕННЫХ ШАГА ДЛЯ ЛЮБЫХ СИТУАЦИЙ ПРОТИВ СУДЬИ» и завершается словами: «Судят – за Ваше НЕВЕЖЕСТВО!»,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5479.</w:t>
            </w:r>
          </w:p>
        </w:tc>
        <w:tc>
          <w:tcPr>
            <w:tcW w:type="dxa" w:w="2880"/>
          </w:tcPr>
          <w:p>
            <w:r>
              <w:t>Информационный материал, размещенный 27.01.2023 в 09 часов 16 минут в сообществе «Паспорт СССР» социальной сети «В контакте», который начинается словами: «Человек пишет: Активных мало…» и завершается словами: «Контроль по закупкам будет вести ФинОтдел и Народный контроль»,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5480.</w:t>
            </w:r>
          </w:p>
        </w:tc>
        <w:tc>
          <w:tcPr>
            <w:tcW w:type="dxa" w:w="2880"/>
          </w:tcPr>
          <w:p>
            <w:r>
              <w:t>Информационный материал, размещенный 24.01.2023 в 07 часов 22 минуты в сообществе «Паспорт СССР» социальной сети «В контакте», который начинается словами: «ПРАВДА о НАС! 25  декабря 1991 года считается Днем образования Российской Федерации (России)» и завершается словами: «ХВАТИТ ИГРАТЬ В ЭТИ ОПАСНЫЕ ДЛЯ ЖИЗНИ ИГРЫ!»,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5481.</w:t>
            </w:r>
          </w:p>
        </w:tc>
        <w:tc>
          <w:tcPr>
            <w:tcW w:type="dxa" w:w="2880"/>
          </w:tcPr>
          <w:p>
            <w:r>
              <w:t>Информационный материал, размещенный 21.01.2023 в 19 часов 48 минут в сообществе «Паспорт СССР» социальной сети «В контакте», который начинается словами: «В отношении гражданского населения и организаций, совершаются действия антиконституционного характера…» и завершается словами: «… республики СНГ НЕЛЕГИТИМНЫ»,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5482.</w:t>
            </w:r>
          </w:p>
        </w:tc>
        <w:tc>
          <w:tcPr>
            <w:tcW w:type="dxa" w:w="2880"/>
          </w:tcPr>
          <w:p>
            <w:r>
              <w:t>Информационный материал, размещенный 18.01.2023 в 20 часов 50 минут в сообществе «Паспорт СССР» социальной сети «В контакте», который начинается словами: «Все органы МВД, Прокуратуры, След.  Комитета, Росгвардия т.д. НЕ являются гос. органами…» и завершается словами: «… Предусмотрена уголовная ответственность за преступления, со стороны юридических организаций, - расписана в ст. 10 настоящей Конвенции»,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